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FCB" w:rsidRDefault="00C238A4" w:rsidP="00595680">
      <w:pPr>
        <w:pStyle w:val="Balk1"/>
        <w:pBdr>
          <w:bottom w:val="single" w:sz="12" w:space="1" w:color="4F81BD" w:themeColor="accent1"/>
        </w:pBdr>
        <w:jc w:val="center"/>
      </w:pPr>
      <w:r>
        <w:t>SİİRT ÜNİVERSİTESİ</w:t>
      </w:r>
      <w:r>
        <w:br/>
        <w:t>SAĞLIK BİLİMLERİ FAKÜLTESİ</w:t>
      </w:r>
      <w:r w:rsidR="00595680">
        <w:t xml:space="preserve"> ÖĞRENCİ İZLEME ANKETİ</w:t>
      </w:r>
    </w:p>
    <w:p w:rsidR="00595680" w:rsidRDefault="00595680">
      <w:pPr>
        <w:rPr>
          <w:b/>
        </w:rPr>
      </w:pPr>
    </w:p>
    <w:p w:rsidR="005C2FCB" w:rsidRPr="00595680" w:rsidRDefault="00C238A4">
      <w:pPr>
        <w:rPr>
          <w:b/>
        </w:rPr>
      </w:pPr>
      <w:proofErr w:type="spellStart"/>
      <w:r w:rsidRPr="00595680">
        <w:rPr>
          <w:b/>
        </w:rPr>
        <w:t>Eğitim-Öğretim</w:t>
      </w:r>
      <w:proofErr w:type="spellEnd"/>
      <w:r w:rsidRPr="00595680">
        <w:rPr>
          <w:b/>
        </w:rPr>
        <w:t xml:space="preserve"> </w:t>
      </w:r>
      <w:proofErr w:type="spellStart"/>
      <w:r w:rsidRPr="00595680">
        <w:rPr>
          <w:b/>
        </w:rPr>
        <w:t>Yılı</w:t>
      </w:r>
      <w:proofErr w:type="spellEnd"/>
      <w:r w:rsidRPr="00595680">
        <w:rPr>
          <w:b/>
        </w:rPr>
        <w:t>: …………………………………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Ad ve Soyadınız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Doğum Tarihiniz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Doğum Yeriniz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Okul No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Mezun Olduğu Lise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Mezun Olduğu Lise Başarı Notu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Bölümünüz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Sınıfınız</w:t>
            </w:r>
          </w:p>
        </w:tc>
        <w:tc>
          <w:tcPr>
            <w:tcW w:w="4320" w:type="dxa"/>
          </w:tcPr>
          <w:p w:rsidR="005C2FCB" w:rsidRDefault="00C238A4">
            <w:r>
              <w:t>□ 1   □ 2   □ 3   □ 4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Şubeniz</w:t>
            </w:r>
          </w:p>
        </w:tc>
        <w:tc>
          <w:tcPr>
            <w:tcW w:w="4320" w:type="dxa"/>
          </w:tcPr>
          <w:p w:rsidR="005C2FCB" w:rsidRDefault="00C238A4">
            <w:r>
              <w:t>□ A   □ B   □ C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Öğrenim Durumu</w:t>
            </w:r>
          </w:p>
        </w:tc>
        <w:tc>
          <w:tcPr>
            <w:tcW w:w="4320" w:type="dxa"/>
          </w:tcPr>
          <w:p w:rsidR="005C2FCB" w:rsidRDefault="00C238A4">
            <w:r>
              <w:t>□ Normal Öğretim   □ İkinci Öğretim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Cep Tel. No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Ev Tel. No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E-posta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Baba Eğitimi/Mesleği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Anne Eğitimi/Mesleği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Toplam Kardeş Sayısı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Ailenin Aylık Geliri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Üniversiteye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Giriş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Şekli</w:t>
            </w:r>
            <w:proofErr w:type="spellEnd"/>
          </w:p>
        </w:tc>
        <w:tc>
          <w:tcPr>
            <w:tcW w:w="4320" w:type="dxa"/>
          </w:tcPr>
          <w:p w:rsidR="005C2FCB" w:rsidRDefault="005C2FCB"/>
        </w:tc>
      </w:tr>
    </w:tbl>
    <w:p w:rsidR="00AF2990" w:rsidRDefault="00AF2990">
      <w:pPr>
        <w:pStyle w:val="Balk2"/>
      </w:pPr>
    </w:p>
    <w:p w:rsidR="005C2FCB" w:rsidRPr="00AF2990" w:rsidRDefault="00C238A4">
      <w:pPr>
        <w:pStyle w:val="Balk2"/>
        <w:rPr>
          <w:color w:val="000000" w:themeColor="text1"/>
        </w:rPr>
      </w:pPr>
      <w:r w:rsidRPr="00AF2990">
        <w:rPr>
          <w:color w:val="000000" w:themeColor="text1"/>
        </w:rPr>
        <w:br/>
        <w:t>Akademik Performans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5C2FCB" w:rsidTr="00595680">
        <w:tc>
          <w:tcPr>
            <w:tcW w:w="2880" w:type="dxa"/>
          </w:tcPr>
          <w:p w:rsidR="005C2FCB" w:rsidRPr="00595680" w:rsidRDefault="00C238A4">
            <w:pPr>
              <w:rPr>
                <w:b/>
              </w:rPr>
            </w:pPr>
            <w:proofErr w:type="spellStart"/>
            <w:r w:rsidRPr="00595680">
              <w:rPr>
                <w:b/>
              </w:rPr>
              <w:t>Yarıyıl</w:t>
            </w:r>
            <w:proofErr w:type="spellEnd"/>
          </w:p>
        </w:tc>
        <w:tc>
          <w:tcPr>
            <w:tcW w:w="2880" w:type="dxa"/>
          </w:tcPr>
          <w:p w:rsidR="005C2FCB" w:rsidRPr="00595680" w:rsidRDefault="00C238A4">
            <w:pPr>
              <w:rPr>
                <w:b/>
              </w:rPr>
            </w:pPr>
            <w:r w:rsidRPr="00595680">
              <w:rPr>
                <w:b/>
              </w:rPr>
              <w:t>Alınan Ders Adedi</w:t>
            </w:r>
          </w:p>
        </w:tc>
        <w:tc>
          <w:tcPr>
            <w:tcW w:w="2880" w:type="dxa"/>
          </w:tcPr>
          <w:p w:rsidR="005C2FCB" w:rsidRPr="00595680" w:rsidRDefault="00C238A4">
            <w:pPr>
              <w:rPr>
                <w:b/>
              </w:rPr>
            </w:pPr>
            <w:r w:rsidRPr="00595680">
              <w:rPr>
                <w:b/>
              </w:rPr>
              <w:t>AGNO</w:t>
            </w:r>
          </w:p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1.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2.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3.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4.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5.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6.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7.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C2FCB" w:rsidTr="00595680">
        <w:tc>
          <w:tcPr>
            <w:tcW w:w="2880" w:type="dxa"/>
          </w:tcPr>
          <w:p w:rsidR="005C2FCB" w:rsidRDefault="00C238A4">
            <w:r>
              <w:t>8. Yarıyıl</w:t>
            </w:r>
          </w:p>
        </w:tc>
        <w:tc>
          <w:tcPr>
            <w:tcW w:w="2880" w:type="dxa"/>
          </w:tcPr>
          <w:p w:rsidR="005C2FCB" w:rsidRDefault="005C2FCB"/>
        </w:tc>
        <w:tc>
          <w:tcPr>
            <w:tcW w:w="2880" w:type="dxa"/>
          </w:tcPr>
          <w:p w:rsidR="005C2FCB" w:rsidRDefault="005C2FCB"/>
        </w:tc>
      </w:tr>
      <w:tr w:rsidR="00595680" w:rsidTr="008521AB">
        <w:tc>
          <w:tcPr>
            <w:tcW w:w="2880" w:type="dxa"/>
          </w:tcPr>
          <w:p w:rsidR="00595680" w:rsidRDefault="00595680" w:rsidP="00595680">
            <w:r>
              <w:t xml:space="preserve">Bu </w:t>
            </w:r>
            <w:proofErr w:type="spellStart"/>
            <w:r>
              <w:t>yarıyılda</w:t>
            </w:r>
            <w:proofErr w:type="spellEnd"/>
            <w:r>
              <w:t xml:space="preserve"> </w:t>
            </w:r>
            <w:proofErr w:type="spellStart"/>
            <w:r>
              <w:t>tekrar</w:t>
            </w:r>
            <w:proofErr w:type="spellEnd"/>
            <w:r>
              <w:t xml:space="preserve"> </w:t>
            </w:r>
            <w:proofErr w:type="spellStart"/>
            <w:r>
              <w:t>ettiğiniz</w:t>
            </w:r>
            <w:proofErr w:type="spellEnd"/>
            <w:r>
              <w:t xml:space="preserve"> </w:t>
            </w:r>
            <w:proofErr w:type="spellStart"/>
            <w:r>
              <w:t>ders</w:t>
            </w:r>
            <w:proofErr w:type="spellEnd"/>
            <w:r>
              <w:t>(</w:t>
            </w:r>
            <w:proofErr w:type="spellStart"/>
            <w:r>
              <w:t>ler</w:t>
            </w:r>
            <w:proofErr w:type="spellEnd"/>
            <w:r>
              <w:t xml:space="preserve">) </w:t>
            </w:r>
            <w:proofErr w:type="spellStart"/>
            <w:r>
              <w:t>var</w:t>
            </w:r>
            <w:proofErr w:type="spellEnd"/>
            <w:r>
              <w:t xml:space="preserve"> </w:t>
            </w:r>
            <w:proofErr w:type="spellStart"/>
            <w:r>
              <w:t>mı</w:t>
            </w:r>
            <w:proofErr w:type="spellEnd"/>
            <w:r>
              <w:t>?</w:t>
            </w:r>
          </w:p>
          <w:p w:rsidR="00595680" w:rsidRDefault="00595680" w:rsidP="00595680"/>
        </w:tc>
        <w:tc>
          <w:tcPr>
            <w:tcW w:w="5760" w:type="dxa"/>
            <w:gridSpan w:val="2"/>
          </w:tcPr>
          <w:p w:rsidR="00595680" w:rsidRDefault="00595680" w:rsidP="00595680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Evet (</w:t>
            </w:r>
            <w:proofErr w:type="spellStart"/>
            <w:r>
              <w:rPr>
                <w:rFonts w:hint="eastAsia"/>
              </w:rPr>
              <w:t>Ders</w:t>
            </w:r>
            <w:proofErr w:type="spellEnd"/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ler</w:t>
            </w:r>
            <w:proofErr w:type="spellEnd"/>
            <w:r>
              <w:rPr>
                <w:rFonts w:hint="eastAsia"/>
              </w:rPr>
              <w:t>)</w:t>
            </w:r>
            <w:proofErr w:type="spellStart"/>
            <w:r>
              <w:rPr>
                <w:rFonts w:hint="eastAsia"/>
              </w:rPr>
              <w:t>i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belirtiniz</w:t>
            </w:r>
            <w:proofErr w:type="spellEnd"/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………………………………………</w:t>
            </w:r>
            <w:r>
              <w:rPr>
                <w:rFonts w:hint="eastAsia"/>
              </w:rPr>
              <w:t>)</w:t>
            </w:r>
          </w:p>
          <w:p w:rsidR="00595680" w:rsidRDefault="00595680">
            <w:r>
              <w:rPr>
                <w:rFonts w:hint="eastAsia"/>
              </w:rPr>
              <w:t>□</w:t>
            </w:r>
            <w:r>
              <w:t xml:space="preserve"> </w:t>
            </w:r>
            <w:proofErr w:type="spellStart"/>
            <w:r>
              <w:t>Hayır</w:t>
            </w:r>
            <w:proofErr w:type="spellEnd"/>
          </w:p>
        </w:tc>
      </w:tr>
      <w:tr w:rsidR="00595680" w:rsidTr="00595680">
        <w:trPr>
          <w:trHeight w:val="1108"/>
        </w:trPr>
        <w:tc>
          <w:tcPr>
            <w:tcW w:w="2880" w:type="dxa"/>
          </w:tcPr>
          <w:p w:rsidR="00595680" w:rsidRDefault="00595680" w:rsidP="00595680">
            <w:proofErr w:type="spellStart"/>
            <w:r>
              <w:t>Tekrar</w:t>
            </w:r>
            <w:proofErr w:type="spellEnd"/>
            <w:r>
              <w:t xml:space="preserve"> </w:t>
            </w:r>
            <w:proofErr w:type="spellStart"/>
            <w:r>
              <w:t>edilen</w:t>
            </w:r>
            <w:proofErr w:type="spellEnd"/>
            <w:r>
              <w:t xml:space="preserve"> </w:t>
            </w:r>
            <w:proofErr w:type="spellStart"/>
            <w:r>
              <w:t>ders</w:t>
            </w:r>
            <w:proofErr w:type="spellEnd"/>
            <w:r>
              <w:t>(</w:t>
            </w:r>
            <w:proofErr w:type="spellStart"/>
            <w:r>
              <w:t>ler</w:t>
            </w:r>
            <w:proofErr w:type="spellEnd"/>
            <w:r>
              <w:t xml:space="preserve">)in </w:t>
            </w:r>
            <w:proofErr w:type="spellStart"/>
            <w:r>
              <w:t>nedenleri</w:t>
            </w:r>
            <w:proofErr w:type="spellEnd"/>
            <w:r>
              <w:t>:</w:t>
            </w:r>
          </w:p>
          <w:p w:rsidR="00595680" w:rsidRDefault="00595680" w:rsidP="00595680"/>
        </w:tc>
        <w:tc>
          <w:tcPr>
            <w:tcW w:w="5760" w:type="dxa"/>
            <w:gridSpan w:val="2"/>
          </w:tcPr>
          <w:p w:rsidR="00595680" w:rsidRDefault="00595680" w:rsidP="00595680">
            <w:r>
              <w:rPr>
                <w:rFonts w:hint="eastAsia"/>
              </w:rPr>
              <w:t>□</w:t>
            </w:r>
            <w:r>
              <w:t xml:space="preserve"> </w:t>
            </w:r>
            <w:proofErr w:type="spellStart"/>
            <w:r>
              <w:t>Devamsızlık</w:t>
            </w:r>
            <w:proofErr w:type="spellEnd"/>
            <w:r>
              <w:t xml:space="preserve">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proofErr w:type="spellStart"/>
            <w:r>
              <w:t>Sınav</w:t>
            </w:r>
            <w:proofErr w:type="spellEnd"/>
            <w:r>
              <w:t xml:space="preserve"> </w:t>
            </w:r>
            <w:proofErr w:type="spellStart"/>
            <w:r>
              <w:t>başarısızlığı</w:t>
            </w:r>
            <w:proofErr w:type="spellEnd"/>
          </w:p>
          <w:p w:rsidR="00595680" w:rsidRDefault="00595680" w:rsidP="00595680">
            <w:r>
              <w:rPr>
                <w:rFonts w:hint="eastAsia"/>
              </w:rPr>
              <w:t>□</w:t>
            </w:r>
            <w:r>
              <w:t xml:space="preserve"> </w:t>
            </w:r>
            <w:proofErr w:type="spellStart"/>
            <w:r>
              <w:t>Sağlık</w:t>
            </w:r>
            <w:proofErr w:type="spellEnd"/>
            <w:r>
              <w:t xml:space="preserve"> </w:t>
            </w:r>
            <w:proofErr w:type="spellStart"/>
            <w:r>
              <w:t>sorunu</w:t>
            </w:r>
            <w:proofErr w:type="spellEnd"/>
            <w:r>
              <w:t xml:space="preserve">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proofErr w:type="spellStart"/>
            <w:r>
              <w:t>Diğer</w:t>
            </w:r>
            <w:proofErr w:type="spellEnd"/>
            <w:r>
              <w:t>:…………………………</w:t>
            </w:r>
          </w:p>
        </w:tc>
      </w:tr>
      <w:tr w:rsidR="00595680" w:rsidTr="008521AB">
        <w:tc>
          <w:tcPr>
            <w:tcW w:w="2880" w:type="dxa"/>
          </w:tcPr>
          <w:p w:rsidR="00595680" w:rsidRDefault="00595680" w:rsidP="00595680">
            <w:proofErr w:type="spellStart"/>
            <w:r>
              <w:t>Tekrar</w:t>
            </w:r>
            <w:proofErr w:type="spellEnd"/>
            <w:r>
              <w:t xml:space="preserve"> </w:t>
            </w:r>
            <w:proofErr w:type="spellStart"/>
            <w:r>
              <w:t>edilen</w:t>
            </w:r>
            <w:proofErr w:type="spellEnd"/>
            <w:r>
              <w:t xml:space="preserve"> </w:t>
            </w:r>
            <w:proofErr w:type="spellStart"/>
            <w:r>
              <w:t>ders</w:t>
            </w:r>
            <w:proofErr w:type="spellEnd"/>
            <w:r>
              <w:t>(</w:t>
            </w:r>
            <w:proofErr w:type="spellStart"/>
            <w:r>
              <w:t>ler</w:t>
            </w:r>
            <w:proofErr w:type="spellEnd"/>
            <w:r>
              <w:t xml:space="preserve">) </w:t>
            </w:r>
            <w:proofErr w:type="spellStart"/>
            <w:r>
              <w:t>için</w:t>
            </w:r>
            <w:proofErr w:type="spellEnd"/>
            <w:r>
              <w:t xml:space="preserve"> </w:t>
            </w:r>
            <w:proofErr w:type="spellStart"/>
            <w:r>
              <w:t>danışmandan</w:t>
            </w:r>
            <w:proofErr w:type="spellEnd"/>
            <w:r>
              <w:t xml:space="preserve"> / </w:t>
            </w:r>
            <w:proofErr w:type="spellStart"/>
            <w:r>
              <w:t>üniversiteden</w:t>
            </w:r>
            <w:proofErr w:type="spellEnd"/>
            <w:r>
              <w:t xml:space="preserve"> </w:t>
            </w:r>
            <w:proofErr w:type="spellStart"/>
            <w:r>
              <w:t>beklediğiniz</w:t>
            </w:r>
            <w:proofErr w:type="spellEnd"/>
            <w:r>
              <w:t xml:space="preserve"> </w:t>
            </w:r>
            <w:proofErr w:type="spellStart"/>
            <w:r>
              <w:t>destek</w:t>
            </w:r>
            <w:proofErr w:type="spellEnd"/>
            <w:r>
              <w:t>:</w:t>
            </w:r>
          </w:p>
        </w:tc>
        <w:tc>
          <w:tcPr>
            <w:tcW w:w="5760" w:type="dxa"/>
            <w:gridSpan w:val="2"/>
          </w:tcPr>
          <w:p w:rsidR="00595680" w:rsidRDefault="00595680" w:rsidP="00595680"/>
        </w:tc>
      </w:tr>
    </w:tbl>
    <w:p w:rsidR="00595680" w:rsidRDefault="00595680">
      <w:pPr>
        <w:pStyle w:val="Balk2"/>
      </w:pPr>
    </w:p>
    <w:p w:rsidR="00595680" w:rsidRDefault="00595680" w:rsidP="00595680"/>
    <w:p w:rsidR="00595680" w:rsidRDefault="00595680" w:rsidP="00595680"/>
    <w:p w:rsidR="00595680" w:rsidRDefault="00595680" w:rsidP="00595680"/>
    <w:p w:rsidR="00595680" w:rsidRDefault="00595680" w:rsidP="00595680"/>
    <w:p w:rsidR="00595680" w:rsidRPr="00595680" w:rsidRDefault="00595680" w:rsidP="00595680"/>
    <w:p w:rsidR="005C2FCB" w:rsidRPr="00AF2990" w:rsidRDefault="00C238A4">
      <w:pPr>
        <w:pStyle w:val="Balk2"/>
        <w:rPr>
          <w:color w:val="000000" w:themeColor="text1"/>
        </w:rPr>
      </w:pPr>
      <w:proofErr w:type="spellStart"/>
      <w:r w:rsidRPr="00AF2990">
        <w:rPr>
          <w:color w:val="000000" w:themeColor="text1"/>
        </w:rPr>
        <w:lastRenderedPageBreak/>
        <w:t>İzleme</w:t>
      </w:r>
      <w:proofErr w:type="spellEnd"/>
      <w:r w:rsidRPr="00AF2990">
        <w:rPr>
          <w:color w:val="000000" w:themeColor="text1"/>
        </w:rPr>
        <w:t xml:space="preserve"> </w:t>
      </w:r>
      <w:proofErr w:type="spellStart"/>
      <w:r w:rsidRPr="00AF2990">
        <w:rPr>
          <w:color w:val="000000" w:themeColor="text1"/>
        </w:rPr>
        <w:t>Soruları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Günlük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haftalık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ortalama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ders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çalışma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süresi</w:t>
            </w:r>
            <w:proofErr w:type="spellEnd"/>
            <w:r w:rsidR="00AF2990">
              <w:rPr>
                <w:b/>
              </w:rPr>
              <w:t xml:space="preserve"> 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Derslere devam durumunuz</w:t>
            </w:r>
          </w:p>
        </w:tc>
        <w:tc>
          <w:tcPr>
            <w:tcW w:w="4320" w:type="dxa"/>
          </w:tcPr>
          <w:p w:rsidR="005C2FCB" w:rsidRDefault="00C238A4">
            <w:r>
              <w:t>□ Düzenli   □ Orta   □ Düşük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En çok zorlandığınız ders/konular</w:t>
            </w:r>
          </w:p>
        </w:tc>
        <w:tc>
          <w:tcPr>
            <w:tcW w:w="4320" w:type="dxa"/>
          </w:tcPr>
          <w:p w:rsidR="005C2FCB" w:rsidRDefault="005C2FCB" w:rsidP="00595680"/>
          <w:p w:rsidR="00595680" w:rsidRDefault="00595680" w:rsidP="00595680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Akademik destek ihtiyacınız var mı?</w:t>
            </w:r>
          </w:p>
        </w:tc>
        <w:tc>
          <w:tcPr>
            <w:tcW w:w="4320" w:type="dxa"/>
          </w:tcPr>
          <w:p w:rsidR="005C2FCB" w:rsidRDefault="00595680" w:rsidP="00595680">
            <w:r>
              <w:t xml:space="preserve">□ Evet   □ </w:t>
            </w:r>
            <w:proofErr w:type="spellStart"/>
            <w:r>
              <w:t>Hayır</w:t>
            </w:r>
            <w:proofErr w:type="spellEnd"/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Son dönemde sizi en çok zorlayan konular</w:t>
            </w:r>
          </w:p>
        </w:tc>
        <w:tc>
          <w:tcPr>
            <w:tcW w:w="4320" w:type="dxa"/>
          </w:tcPr>
          <w:p w:rsidR="005C2FCB" w:rsidRDefault="00C238A4" w:rsidP="00595680">
            <w:r>
              <w:t xml:space="preserve">Aile / Maddi / Arkadaşlık / Sağlık / Diğer: 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Üniversiteye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uyum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süreciniz</w:t>
            </w:r>
            <w:proofErr w:type="spellEnd"/>
          </w:p>
        </w:tc>
        <w:tc>
          <w:tcPr>
            <w:tcW w:w="4320" w:type="dxa"/>
          </w:tcPr>
          <w:p w:rsidR="005C2FCB" w:rsidRDefault="00C238A4">
            <w:r>
              <w:t>□ Çok iyi   □ Orta   □ Zorlanıyorum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Arkadaş ilişkileri / sosyal uyum</w:t>
            </w:r>
          </w:p>
        </w:tc>
        <w:tc>
          <w:tcPr>
            <w:tcW w:w="4320" w:type="dxa"/>
          </w:tcPr>
          <w:p w:rsidR="005C2FCB" w:rsidRDefault="00C238A4">
            <w:r>
              <w:t>□ Sorun yok   □ Kısmen sorun var   □ Sorun yaşıyorum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Mezuniyet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sonrası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hedefiniz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nedir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C238A4">
            <w:r>
              <w:t>□ Kamu □ Özel Sektör □ Akademik Kariyer □ Diğer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Staj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uygulama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alanlarında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deneyim</w:t>
            </w:r>
            <w:proofErr w:type="spellEnd"/>
            <w:r w:rsidR="00595680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ihtiyacınız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var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mı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AF2990">
            <w:r>
              <w:t xml:space="preserve">□ Evet   □ </w:t>
            </w:r>
            <w:proofErr w:type="spellStart"/>
            <w:r>
              <w:t>Hayır</w:t>
            </w:r>
            <w:proofErr w:type="spellEnd"/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>Üniversite olanaklarını (lab, kütüphane vb.) yeterli buluyor musunuz?</w:t>
            </w:r>
          </w:p>
        </w:tc>
        <w:tc>
          <w:tcPr>
            <w:tcW w:w="4320" w:type="dxa"/>
          </w:tcPr>
          <w:p w:rsidR="005C2FCB" w:rsidRDefault="00C238A4">
            <w:r>
              <w:t>□ Evet   □ Hayır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Sosyal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kültürel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sportif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etkinliklere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katılım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düzeyiniz</w:t>
            </w:r>
            <w:proofErr w:type="spellEnd"/>
            <w:r w:rsidR="00AF2990">
              <w:rPr>
                <w:b/>
              </w:rPr>
              <w:t xml:space="preserve"> ne </w:t>
            </w:r>
            <w:proofErr w:type="spellStart"/>
            <w:r w:rsidR="00AF2990">
              <w:rPr>
                <w:b/>
              </w:rPr>
              <w:t>düzeydedir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C238A4">
            <w:r>
              <w:t>□ Düzenli   □ Ara sıra   □ Hiç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Üniversiteye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dair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genel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memnuniyetiniz</w:t>
            </w:r>
            <w:proofErr w:type="spellEnd"/>
            <w:r w:rsidR="00AF2990">
              <w:rPr>
                <w:b/>
              </w:rPr>
              <w:t xml:space="preserve"> ne </w:t>
            </w:r>
            <w:proofErr w:type="spellStart"/>
            <w:r w:rsidR="00AF2990">
              <w:rPr>
                <w:b/>
              </w:rPr>
              <w:t>düzeydedir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C238A4">
            <w:r>
              <w:t>□ Çok iyi   □ İyi   □ Orta   □ Zayıf</w:t>
            </w:r>
          </w:p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 xml:space="preserve">Son </w:t>
            </w:r>
            <w:proofErr w:type="spellStart"/>
            <w:r>
              <w:rPr>
                <w:b/>
              </w:rPr>
              <w:t>bir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yıl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içinde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büyük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başarınız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nedir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çok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geliştirmek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istediğiniz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yönünüz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tanımlar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mısınız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r>
              <w:rPr>
                <w:b/>
              </w:rPr>
              <w:t xml:space="preserve">Bu </w:t>
            </w:r>
            <w:proofErr w:type="spellStart"/>
            <w:r>
              <w:rPr>
                <w:b/>
              </w:rPr>
              <w:t>dönemde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danışmanınızdan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beklentiniz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nedir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5C2FCB"/>
        </w:tc>
      </w:tr>
      <w:tr w:rsidR="005C2FCB" w:rsidTr="00595680">
        <w:tc>
          <w:tcPr>
            <w:tcW w:w="4320" w:type="dxa"/>
          </w:tcPr>
          <w:p w:rsidR="005C2FCB" w:rsidRDefault="00C238A4">
            <w:proofErr w:type="spellStart"/>
            <w:r>
              <w:rPr>
                <w:b/>
              </w:rPr>
              <w:t>Karşılaştığınız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zorlukları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aşmak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için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ihtiyaç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duyduğunuz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destek</w:t>
            </w:r>
            <w:proofErr w:type="spellEnd"/>
            <w:r w:rsidR="00AF2990">
              <w:rPr>
                <w:b/>
              </w:rPr>
              <w:t xml:space="preserve"> </w:t>
            </w:r>
            <w:proofErr w:type="spellStart"/>
            <w:r w:rsidR="00AF2990">
              <w:rPr>
                <w:b/>
              </w:rPr>
              <w:t>nelerdir</w:t>
            </w:r>
            <w:proofErr w:type="spellEnd"/>
            <w:r w:rsidR="00AF2990">
              <w:rPr>
                <w:b/>
              </w:rPr>
              <w:t>?</w:t>
            </w:r>
          </w:p>
        </w:tc>
        <w:tc>
          <w:tcPr>
            <w:tcW w:w="4320" w:type="dxa"/>
          </w:tcPr>
          <w:p w:rsidR="005C2FCB" w:rsidRDefault="005C2FCB"/>
        </w:tc>
      </w:tr>
    </w:tbl>
    <w:p w:rsidR="00C238A4" w:rsidRDefault="00C238A4" w:rsidP="00AF2990"/>
    <w:sectPr w:rsidR="00C238A4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B76" w:rsidRDefault="00440B76">
      <w:pPr>
        <w:spacing w:after="0" w:line="240" w:lineRule="auto"/>
      </w:pPr>
      <w:r>
        <w:separator/>
      </w:r>
    </w:p>
  </w:endnote>
  <w:endnote w:type="continuationSeparator" w:id="0">
    <w:p w:rsidR="00440B76" w:rsidRDefault="0044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D9" w:rsidRDefault="003417D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D9" w:rsidRDefault="003417D9" w:rsidP="003417D9">
    <w:pPr>
      <w:pStyle w:val="AltBilgi"/>
    </w:pPr>
    <w:r>
      <w:rPr>
        <w:rFonts w:cs="Arial"/>
        <w:i/>
        <w:sz w:val="16"/>
      </w:rPr>
      <w:t>(</w:t>
    </w:r>
    <w:proofErr w:type="spellStart"/>
    <w:r>
      <w:rPr>
        <w:rFonts w:cs="Arial"/>
        <w:i/>
        <w:sz w:val="16"/>
      </w:rPr>
      <w:t>Doküman</w:t>
    </w:r>
    <w:proofErr w:type="spellEnd"/>
    <w:r>
      <w:rPr>
        <w:rFonts w:cs="Arial"/>
        <w:i/>
        <w:sz w:val="16"/>
      </w:rPr>
      <w:t xml:space="preserve"> No:</w:t>
    </w:r>
    <w:r w:rsidR="00833EBE">
      <w:rPr>
        <w:rFonts w:ascii="Arial" w:hAnsi="Arial" w:cs="Arial"/>
        <w:i/>
        <w:sz w:val="16"/>
        <w:szCs w:val="16"/>
      </w:rPr>
      <w:t xml:space="preserve"> </w:t>
    </w:r>
    <w:bookmarkStart w:id="0" w:name="_GoBack"/>
    <w:r w:rsidR="004762EF" w:rsidRPr="004762EF">
      <w:rPr>
        <w:rFonts w:cs="Arial"/>
        <w:i/>
        <w:sz w:val="16"/>
      </w:rPr>
      <w:t>SİÜ.AN.001</w:t>
    </w:r>
    <w:bookmarkEnd w:id="0"/>
    <w:r>
      <w:rPr>
        <w:rFonts w:cs="Arial"/>
        <w:i/>
        <w:sz w:val="16"/>
      </w:rPr>
      <w:tab/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</w:t>
    </w:r>
    <w:proofErr w:type="spellStart"/>
    <w:r>
      <w:rPr>
        <w:rFonts w:cs="Arial"/>
        <w:i/>
        <w:sz w:val="16"/>
      </w:rPr>
      <w:t>Tarihi</w:t>
    </w:r>
    <w:proofErr w:type="spellEnd"/>
    <w:r>
      <w:rPr>
        <w:rFonts w:cs="Arial"/>
        <w:i/>
        <w:sz w:val="16"/>
      </w:rPr>
      <w:t>:</w:t>
    </w:r>
    <w:r>
      <w:rPr>
        <w:rFonts w:cs="Arial"/>
        <w:i/>
        <w:sz w:val="16"/>
      </w:rPr>
      <w:tab/>
      <w:t xml:space="preserve"> </w:t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No:00)</w:t>
    </w:r>
  </w:p>
  <w:p w:rsidR="003417D9" w:rsidRDefault="003417D9" w:rsidP="003417D9">
    <w:pPr>
      <w:pStyle w:val="AltBilgi"/>
    </w:pPr>
  </w:p>
  <w:p w:rsidR="003417D9" w:rsidRDefault="003417D9" w:rsidP="003417D9">
    <w:pPr>
      <w:pStyle w:val="AltBilgi"/>
    </w:pPr>
  </w:p>
  <w:p w:rsidR="005C2FCB" w:rsidRPr="003417D9" w:rsidRDefault="005C2FCB" w:rsidP="003417D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D9" w:rsidRDefault="003417D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B76" w:rsidRDefault="00440B76">
      <w:pPr>
        <w:spacing w:after="0" w:line="240" w:lineRule="auto"/>
      </w:pPr>
      <w:r>
        <w:separator/>
      </w:r>
    </w:p>
  </w:footnote>
  <w:footnote w:type="continuationSeparator" w:id="0">
    <w:p w:rsidR="00440B76" w:rsidRDefault="00440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D9" w:rsidRDefault="003417D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FCB" w:rsidRDefault="00C238A4">
    <w:pPr>
      <w:pStyle w:val="stBilgi"/>
    </w:pPr>
    <w:r>
      <w:rPr>
        <w:noProof/>
        <w:lang w:val="tr-TR" w:eastAsia="tr-TR"/>
      </w:rPr>
      <w:drawing>
        <wp:inline distT="0" distB="0" distL="0" distR="0">
          <wp:extent cx="1097280" cy="39919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14925de-ce27-4f58-b51d-df174abbac1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7280" cy="399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D9" w:rsidRDefault="003417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811D0"/>
    <w:rsid w:val="0029639D"/>
    <w:rsid w:val="00326F90"/>
    <w:rsid w:val="003417D9"/>
    <w:rsid w:val="00440B76"/>
    <w:rsid w:val="004762EF"/>
    <w:rsid w:val="00595680"/>
    <w:rsid w:val="005C2FCB"/>
    <w:rsid w:val="00833EBE"/>
    <w:rsid w:val="00AA1D8D"/>
    <w:rsid w:val="00AF2990"/>
    <w:rsid w:val="00B04EC4"/>
    <w:rsid w:val="00B47730"/>
    <w:rsid w:val="00C238A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C54EAA"/>
  <w14:defaultImageDpi w14:val="300"/>
  <w15:docId w15:val="{740228A4-A6A2-424D-8FA8-3B591665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04ECD1-FD1C-4DD6-9796-3AFAF6A63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8</cp:revision>
  <dcterms:created xsi:type="dcterms:W3CDTF">2013-12-23T23:15:00Z</dcterms:created>
  <dcterms:modified xsi:type="dcterms:W3CDTF">2025-10-20T12:37:00Z</dcterms:modified>
  <cp:category/>
</cp:coreProperties>
</file>