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FDE" w:rsidRPr="000576F0" w:rsidRDefault="00B0619C" w:rsidP="000576F0">
      <w:pPr>
        <w:pStyle w:val="KonuBal"/>
        <w:jc w:val="center"/>
        <w:rPr>
          <w:sz w:val="40"/>
        </w:rPr>
      </w:pPr>
      <w:r w:rsidRPr="000576F0">
        <w:rPr>
          <w:sz w:val="40"/>
        </w:rPr>
        <w:t>Siirt Üniversitesi Sağlık Bilimleri Fakültesi</w:t>
      </w:r>
      <w:r w:rsidRPr="000576F0">
        <w:rPr>
          <w:sz w:val="40"/>
        </w:rPr>
        <w:br/>
        <w:t>İdari Personel Memnuniyet Anketi</w:t>
      </w:r>
    </w:p>
    <w:p w:rsidR="00663FDE" w:rsidRDefault="00B0619C" w:rsidP="00B0619C">
      <w:r>
        <w:t xml:space="preserve">Bu anket, idari personelin iş yükü, psikolojik güvenlik, iletişim, yönetim süreçleri ve genel memnuniyetine ilişkin görüşlerini belirlemek amacıyla hazırlanmıştır. </w:t>
      </w:r>
      <w:proofErr w:type="spellStart"/>
      <w:r>
        <w:t>Yanıtlarınız</w:t>
      </w:r>
      <w:proofErr w:type="spellEnd"/>
      <w:r>
        <w:t xml:space="preserve"> </w:t>
      </w:r>
      <w:proofErr w:type="spellStart"/>
      <w:r>
        <w:t>gizli</w:t>
      </w:r>
      <w:proofErr w:type="spellEnd"/>
      <w:r>
        <w:t xml:space="preserve"> </w:t>
      </w:r>
      <w:proofErr w:type="spellStart"/>
      <w:r>
        <w:t>tutulacak</w:t>
      </w:r>
      <w:proofErr w:type="spellEnd"/>
      <w:r>
        <w:t xml:space="preserve"> </w:t>
      </w:r>
      <w:proofErr w:type="spellStart"/>
      <w:r>
        <w:t>olup</w:t>
      </w:r>
      <w:proofErr w:type="spellEnd"/>
      <w:r>
        <w:t xml:space="preserve"> </w:t>
      </w:r>
      <w:proofErr w:type="spellStart"/>
      <w:r>
        <w:t>sadece</w:t>
      </w:r>
      <w:proofErr w:type="spellEnd"/>
      <w:r>
        <w:t xml:space="preserve"> </w:t>
      </w:r>
      <w:proofErr w:type="spellStart"/>
      <w:r>
        <w:t>iyileştirme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geliştirme</w:t>
      </w:r>
      <w:proofErr w:type="spellEnd"/>
      <w:r>
        <w:t xml:space="preserve"> </w:t>
      </w:r>
      <w:proofErr w:type="spellStart"/>
      <w:r>
        <w:t>süreçlerinde</w:t>
      </w:r>
      <w:proofErr w:type="spellEnd"/>
      <w:r>
        <w:t xml:space="preserve"> </w:t>
      </w:r>
      <w:proofErr w:type="spellStart"/>
      <w:r>
        <w:t>kullanılacaktır</w:t>
      </w:r>
      <w:proofErr w:type="spellEnd"/>
      <w:r>
        <w:t>.</w:t>
      </w:r>
      <w:r>
        <w:br/>
      </w:r>
    </w:p>
    <w:p w:rsidR="00663FDE" w:rsidRDefault="00B0619C">
      <w:pPr>
        <w:pStyle w:val="Balk2"/>
      </w:pPr>
      <w:r>
        <w:t>Genel Memnuniyet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931"/>
        <w:gridCol w:w="1358"/>
        <w:gridCol w:w="1358"/>
        <w:gridCol w:w="1879"/>
        <w:gridCol w:w="1165"/>
        <w:gridCol w:w="1165"/>
      </w:tblGrid>
      <w:tr w:rsidR="00663FDE" w:rsidTr="00A16271">
        <w:tc>
          <w:tcPr>
            <w:tcW w:w="1931" w:type="dxa"/>
          </w:tcPr>
          <w:p w:rsidR="00663FDE" w:rsidRDefault="00B0619C">
            <w:proofErr w:type="spellStart"/>
            <w:r>
              <w:t>Çalıştığınız</w:t>
            </w:r>
            <w:proofErr w:type="spellEnd"/>
            <w:r>
              <w:t xml:space="preserve"> </w:t>
            </w:r>
            <w:proofErr w:type="spellStart"/>
            <w:r>
              <w:t>birimde</w:t>
            </w:r>
            <w:proofErr w:type="spellEnd"/>
            <w:r>
              <w:t xml:space="preserve"> </w:t>
            </w:r>
            <w:proofErr w:type="spellStart"/>
            <w:r>
              <w:t>genel</w:t>
            </w:r>
            <w:proofErr w:type="spellEnd"/>
            <w:r>
              <w:t xml:space="preserve"> </w:t>
            </w:r>
            <w:proofErr w:type="spellStart"/>
            <w:r>
              <w:t>iş</w:t>
            </w:r>
            <w:proofErr w:type="spellEnd"/>
            <w:r>
              <w:t xml:space="preserve"> ortamından ne derece memnunsunuz?</w:t>
            </w:r>
          </w:p>
        </w:tc>
        <w:tc>
          <w:tcPr>
            <w:tcW w:w="1358" w:type="dxa"/>
          </w:tcPr>
          <w:p w:rsidR="00663FDE" w:rsidRDefault="00B0619C">
            <w:r>
              <w:t>Çok Memnunum</w:t>
            </w:r>
          </w:p>
        </w:tc>
        <w:tc>
          <w:tcPr>
            <w:tcW w:w="1358" w:type="dxa"/>
          </w:tcPr>
          <w:p w:rsidR="00663FDE" w:rsidRDefault="00B0619C">
            <w:r>
              <w:t>Memnunum</w:t>
            </w:r>
          </w:p>
        </w:tc>
        <w:tc>
          <w:tcPr>
            <w:tcW w:w="1879" w:type="dxa"/>
          </w:tcPr>
          <w:p w:rsidR="00663FDE" w:rsidRDefault="00B0619C">
            <w:r>
              <w:t>Kararsızım</w:t>
            </w:r>
          </w:p>
        </w:tc>
        <w:tc>
          <w:tcPr>
            <w:tcW w:w="1165" w:type="dxa"/>
          </w:tcPr>
          <w:p w:rsidR="00663FDE" w:rsidRDefault="00B0619C">
            <w:r>
              <w:t>Memnun Değilim</w:t>
            </w:r>
          </w:p>
        </w:tc>
        <w:tc>
          <w:tcPr>
            <w:tcW w:w="1165" w:type="dxa"/>
          </w:tcPr>
          <w:p w:rsidR="00663FDE" w:rsidRDefault="00B0619C">
            <w:r>
              <w:t>Hiç Memnun Değilim</w:t>
            </w:r>
          </w:p>
        </w:tc>
      </w:tr>
      <w:tr w:rsidR="00663FDE" w:rsidTr="00A16271">
        <w:tc>
          <w:tcPr>
            <w:tcW w:w="1931" w:type="dxa"/>
          </w:tcPr>
          <w:p w:rsidR="00663FDE" w:rsidRDefault="00B0619C">
            <w:r>
              <w:t>İş tanımınızın ve görevlerinizin açık ve anlaşılır olduğunu düşünüyor musunuz?</w:t>
            </w:r>
          </w:p>
        </w:tc>
        <w:tc>
          <w:tcPr>
            <w:tcW w:w="1358" w:type="dxa"/>
          </w:tcPr>
          <w:p w:rsidR="00663FDE" w:rsidRDefault="00B0619C">
            <w:r>
              <w:t>Evet</w:t>
            </w:r>
          </w:p>
        </w:tc>
        <w:tc>
          <w:tcPr>
            <w:tcW w:w="1358" w:type="dxa"/>
          </w:tcPr>
          <w:p w:rsidR="00663FDE" w:rsidRDefault="00B0619C">
            <w:r>
              <w:t>Kısmen</w:t>
            </w:r>
          </w:p>
        </w:tc>
        <w:tc>
          <w:tcPr>
            <w:tcW w:w="4209" w:type="dxa"/>
            <w:gridSpan w:val="3"/>
          </w:tcPr>
          <w:p w:rsidR="00663FDE" w:rsidRDefault="00B0619C">
            <w:r>
              <w:t>Hayır</w:t>
            </w:r>
          </w:p>
        </w:tc>
      </w:tr>
    </w:tbl>
    <w:p w:rsidR="00663FDE" w:rsidRDefault="00B0619C">
      <w:pPr>
        <w:pStyle w:val="Balk2"/>
      </w:pPr>
      <w:proofErr w:type="spellStart"/>
      <w:r>
        <w:t>İş</w:t>
      </w:r>
      <w:proofErr w:type="spellEnd"/>
      <w:r>
        <w:t xml:space="preserve"> </w:t>
      </w:r>
      <w:proofErr w:type="spellStart"/>
      <w:r>
        <w:t>Yükü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Çalışma</w:t>
      </w:r>
      <w:proofErr w:type="spellEnd"/>
      <w:r>
        <w:t xml:space="preserve"> Koşulları</w:t>
      </w:r>
    </w:p>
    <w:tbl>
      <w:tblPr>
        <w:tblStyle w:val="TabloKlavuzu"/>
        <w:tblW w:w="9129" w:type="dxa"/>
        <w:tblLook w:val="04A0" w:firstRow="1" w:lastRow="0" w:firstColumn="1" w:lastColumn="0" w:noHBand="0" w:noVBand="1"/>
      </w:tblPr>
      <w:tblGrid>
        <w:gridCol w:w="1668"/>
        <w:gridCol w:w="1701"/>
        <w:gridCol w:w="1440"/>
        <w:gridCol w:w="1440"/>
        <w:gridCol w:w="1440"/>
        <w:gridCol w:w="1440"/>
      </w:tblGrid>
      <w:tr w:rsidR="00663FDE" w:rsidTr="000576F0">
        <w:tc>
          <w:tcPr>
            <w:tcW w:w="1668" w:type="dxa"/>
          </w:tcPr>
          <w:p w:rsidR="00663FDE" w:rsidRDefault="00B0619C">
            <w:proofErr w:type="spellStart"/>
            <w:r>
              <w:t>Günlük</w:t>
            </w:r>
            <w:proofErr w:type="spellEnd"/>
            <w:r>
              <w:t xml:space="preserve"> </w:t>
            </w:r>
            <w:proofErr w:type="spellStart"/>
            <w:r>
              <w:t>iş</w:t>
            </w:r>
            <w:proofErr w:type="spellEnd"/>
            <w:r>
              <w:t xml:space="preserve"> </w:t>
            </w:r>
            <w:proofErr w:type="spellStart"/>
            <w:r>
              <w:t>yükünüzün</w:t>
            </w:r>
            <w:proofErr w:type="spellEnd"/>
            <w:r>
              <w:t xml:space="preserve"> </w:t>
            </w:r>
            <w:proofErr w:type="spellStart"/>
            <w:r>
              <w:t>adil</w:t>
            </w:r>
            <w:proofErr w:type="spellEnd"/>
            <w:r>
              <w:t xml:space="preserve"> ve dengeli dağıtıldığını düşünüyor musunuz?</w:t>
            </w:r>
          </w:p>
        </w:tc>
        <w:tc>
          <w:tcPr>
            <w:tcW w:w="1701" w:type="dxa"/>
          </w:tcPr>
          <w:p w:rsidR="00663FDE" w:rsidRDefault="00B0619C">
            <w:r>
              <w:t>Çok Memnunum</w:t>
            </w:r>
          </w:p>
        </w:tc>
        <w:tc>
          <w:tcPr>
            <w:tcW w:w="1440" w:type="dxa"/>
          </w:tcPr>
          <w:p w:rsidR="00663FDE" w:rsidRDefault="00B0619C">
            <w:r>
              <w:t>Memnunum</w:t>
            </w:r>
          </w:p>
        </w:tc>
        <w:tc>
          <w:tcPr>
            <w:tcW w:w="1440" w:type="dxa"/>
          </w:tcPr>
          <w:p w:rsidR="00663FDE" w:rsidRDefault="00B0619C">
            <w:r>
              <w:t>Kararsızım</w:t>
            </w:r>
          </w:p>
        </w:tc>
        <w:tc>
          <w:tcPr>
            <w:tcW w:w="1440" w:type="dxa"/>
          </w:tcPr>
          <w:p w:rsidR="00663FDE" w:rsidRDefault="00B0619C">
            <w:r>
              <w:t>Memnun Değilim</w:t>
            </w:r>
          </w:p>
        </w:tc>
        <w:tc>
          <w:tcPr>
            <w:tcW w:w="1440" w:type="dxa"/>
          </w:tcPr>
          <w:p w:rsidR="00663FDE" w:rsidRDefault="00B0619C">
            <w:r>
              <w:t>Hiç Memnun Değilim</w:t>
            </w:r>
          </w:p>
        </w:tc>
      </w:tr>
      <w:tr w:rsidR="00663FDE" w:rsidTr="000576F0">
        <w:tc>
          <w:tcPr>
            <w:tcW w:w="1668" w:type="dxa"/>
          </w:tcPr>
          <w:p w:rsidR="00663FDE" w:rsidRDefault="00B0619C">
            <w:proofErr w:type="spellStart"/>
            <w:r>
              <w:t>Aşırı</w:t>
            </w:r>
            <w:proofErr w:type="spellEnd"/>
            <w:r>
              <w:t xml:space="preserve"> </w:t>
            </w:r>
            <w:proofErr w:type="spellStart"/>
            <w:r>
              <w:t>iş</w:t>
            </w:r>
            <w:proofErr w:type="spellEnd"/>
            <w:r>
              <w:t xml:space="preserve"> </w:t>
            </w:r>
            <w:proofErr w:type="spellStart"/>
            <w:r>
              <w:t>yükü</w:t>
            </w:r>
            <w:proofErr w:type="spellEnd"/>
            <w:r>
              <w:t xml:space="preserve"> </w:t>
            </w:r>
            <w:proofErr w:type="spellStart"/>
            <w:r>
              <w:t>nedeniyle</w:t>
            </w:r>
            <w:proofErr w:type="spellEnd"/>
            <w:r>
              <w:t xml:space="preserve"> stres yaşadığınızı düşünüyor musunuz?</w:t>
            </w:r>
          </w:p>
        </w:tc>
        <w:tc>
          <w:tcPr>
            <w:tcW w:w="1701" w:type="dxa"/>
          </w:tcPr>
          <w:p w:rsidR="00663FDE" w:rsidRDefault="00B0619C">
            <w:r>
              <w:t>Sıklıkla</w:t>
            </w:r>
          </w:p>
        </w:tc>
        <w:tc>
          <w:tcPr>
            <w:tcW w:w="1440" w:type="dxa"/>
          </w:tcPr>
          <w:p w:rsidR="00663FDE" w:rsidRDefault="00B0619C">
            <w:r>
              <w:t>Ara sıra</w:t>
            </w:r>
          </w:p>
        </w:tc>
        <w:tc>
          <w:tcPr>
            <w:tcW w:w="1440" w:type="dxa"/>
          </w:tcPr>
          <w:p w:rsidR="00663FDE" w:rsidRDefault="00B0619C">
            <w:r>
              <w:t>Nadiren</w:t>
            </w:r>
          </w:p>
        </w:tc>
        <w:tc>
          <w:tcPr>
            <w:tcW w:w="2880" w:type="dxa"/>
            <w:gridSpan w:val="2"/>
          </w:tcPr>
          <w:p w:rsidR="00663FDE" w:rsidRDefault="00B0619C">
            <w:r>
              <w:t>Hiçbir zaman</w:t>
            </w:r>
          </w:p>
        </w:tc>
      </w:tr>
      <w:tr w:rsidR="00663FDE" w:rsidTr="000576F0">
        <w:tc>
          <w:tcPr>
            <w:tcW w:w="1668" w:type="dxa"/>
          </w:tcPr>
          <w:p w:rsidR="00663FDE" w:rsidRDefault="00B0619C">
            <w:proofErr w:type="spellStart"/>
            <w:r>
              <w:t>Çalışma</w:t>
            </w:r>
            <w:proofErr w:type="spellEnd"/>
            <w:r>
              <w:t xml:space="preserve"> </w:t>
            </w:r>
            <w:proofErr w:type="spellStart"/>
            <w:r>
              <w:t>ortamınızın</w:t>
            </w:r>
            <w:proofErr w:type="spellEnd"/>
            <w:r>
              <w:t xml:space="preserve"> (</w:t>
            </w:r>
            <w:proofErr w:type="spellStart"/>
            <w:r>
              <w:t>fiziksel</w:t>
            </w:r>
            <w:proofErr w:type="spellEnd"/>
            <w:r>
              <w:t xml:space="preserve"> </w:t>
            </w:r>
            <w:proofErr w:type="spellStart"/>
            <w:r>
              <w:t>koşullar</w:t>
            </w:r>
            <w:proofErr w:type="spellEnd"/>
            <w:r>
              <w:t xml:space="preserve">, araç-gereç, ofis düzeni) görevlerinizi yerine getirmek için yeterli olduğunu düşünüyor </w:t>
            </w:r>
            <w:r>
              <w:lastRenderedPageBreak/>
              <w:t>musunuz?</w:t>
            </w:r>
          </w:p>
        </w:tc>
        <w:tc>
          <w:tcPr>
            <w:tcW w:w="1701" w:type="dxa"/>
          </w:tcPr>
          <w:p w:rsidR="00663FDE" w:rsidRDefault="00B0619C">
            <w:proofErr w:type="spellStart"/>
            <w:r>
              <w:lastRenderedPageBreak/>
              <w:t>Çok</w:t>
            </w:r>
            <w:proofErr w:type="spellEnd"/>
            <w:r>
              <w:t xml:space="preserve"> </w:t>
            </w:r>
            <w:proofErr w:type="spellStart"/>
            <w:r>
              <w:t>Memnunum</w:t>
            </w:r>
            <w:proofErr w:type="spellEnd"/>
          </w:p>
        </w:tc>
        <w:tc>
          <w:tcPr>
            <w:tcW w:w="1440" w:type="dxa"/>
          </w:tcPr>
          <w:p w:rsidR="00663FDE" w:rsidRDefault="00B0619C">
            <w:proofErr w:type="spellStart"/>
            <w:r>
              <w:t>Memnunum</w:t>
            </w:r>
            <w:proofErr w:type="spellEnd"/>
          </w:p>
        </w:tc>
        <w:tc>
          <w:tcPr>
            <w:tcW w:w="1440" w:type="dxa"/>
          </w:tcPr>
          <w:p w:rsidR="00663FDE" w:rsidRDefault="00B0619C">
            <w:r>
              <w:t>Kararsızım</w:t>
            </w:r>
          </w:p>
        </w:tc>
        <w:tc>
          <w:tcPr>
            <w:tcW w:w="1440" w:type="dxa"/>
          </w:tcPr>
          <w:p w:rsidR="00663FDE" w:rsidRDefault="00B0619C">
            <w:r>
              <w:t>Memnun Değilim</w:t>
            </w:r>
          </w:p>
        </w:tc>
        <w:tc>
          <w:tcPr>
            <w:tcW w:w="1440" w:type="dxa"/>
          </w:tcPr>
          <w:p w:rsidR="00663FDE" w:rsidRDefault="00B0619C">
            <w:r>
              <w:t>Hiç Memnun Değilim</w:t>
            </w:r>
          </w:p>
        </w:tc>
      </w:tr>
    </w:tbl>
    <w:p w:rsidR="00663FDE" w:rsidRDefault="00B0619C">
      <w:pPr>
        <w:pStyle w:val="Balk2"/>
      </w:pPr>
      <w:proofErr w:type="spellStart"/>
      <w:r>
        <w:lastRenderedPageBreak/>
        <w:t>Psikolojik</w:t>
      </w:r>
      <w:proofErr w:type="spellEnd"/>
      <w:r>
        <w:t xml:space="preserve"> </w:t>
      </w:r>
      <w:proofErr w:type="spellStart"/>
      <w:r>
        <w:t>Güvenlik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İş</w:t>
      </w:r>
      <w:proofErr w:type="spellEnd"/>
      <w:r>
        <w:t xml:space="preserve"> Ortamı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041"/>
        <w:gridCol w:w="1358"/>
        <w:gridCol w:w="1467"/>
        <w:gridCol w:w="1375"/>
        <w:gridCol w:w="1307"/>
        <w:gridCol w:w="1308"/>
      </w:tblGrid>
      <w:tr w:rsidR="00663FDE" w:rsidTr="00B0619C">
        <w:tc>
          <w:tcPr>
            <w:tcW w:w="2093" w:type="dxa"/>
          </w:tcPr>
          <w:p w:rsidR="00663FDE" w:rsidRDefault="00B0619C">
            <w:proofErr w:type="spellStart"/>
            <w:r>
              <w:t>İş</w:t>
            </w:r>
            <w:proofErr w:type="spellEnd"/>
            <w:r>
              <w:t xml:space="preserve"> </w:t>
            </w:r>
            <w:proofErr w:type="spellStart"/>
            <w:r>
              <w:t>ortamında</w:t>
            </w:r>
            <w:proofErr w:type="spellEnd"/>
            <w:r>
              <w:t xml:space="preserve"> </w:t>
            </w:r>
            <w:proofErr w:type="spellStart"/>
            <w:r>
              <w:t>psikolojik</w:t>
            </w:r>
            <w:proofErr w:type="spellEnd"/>
            <w:r>
              <w:t xml:space="preserve"> </w:t>
            </w:r>
            <w:proofErr w:type="spellStart"/>
            <w:r>
              <w:t>şiddet</w:t>
            </w:r>
            <w:proofErr w:type="spellEnd"/>
            <w:r>
              <w:t>, mobbing veya ayrımcılıkla karşılaştınız mı?</w:t>
            </w:r>
          </w:p>
        </w:tc>
        <w:tc>
          <w:tcPr>
            <w:tcW w:w="1178" w:type="dxa"/>
          </w:tcPr>
          <w:p w:rsidR="00663FDE" w:rsidRDefault="00B0619C">
            <w:r>
              <w:t>Sıklıkla</w:t>
            </w:r>
          </w:p>
        </w:tc>
        <w:tc>
          <w:tcPr>
            <w:tcW w:w="2882" w:type="dxa"/>
            <w:gridSpan w:val="2"/>
          </w:tcPr>
          <w:p w:rsidR="00663FDE" w:rsidRDefault="00B0619C">
            <w:r>
              <w:t>Ara sıra</w:t>
            </w:r>
          </w:p>
        </w:tc>
        <w:tc>
          <w:tcPr>
            <w:tcW w:w="1351" w:type="dxa"/>
          </w:tcPr>
          <w:p w:rsidR="00663FDE" w:rsidRDefault="00B0619C">
            <w:r>
              <w:t>Nadiren</w:t>
            </w:r>
          </w:p>
        </w:tc>
        <w:tc>
          <w:tcPr>
            <w:tcW w:w="1352" w:type="dxa"/>
          </w:tcPr>
          <w:p w:rsidR="00663FDE" w:rsidRDefault="00B0619C">
            <w:r>
              <w:t>Hiçbir zaman</w:t>
            </w:r>
          </w:p>
        </w:tc>
      </w:tr>
      <w:tr w:rsidR="00663FDE" w:rsidTr="00B0619C">
        <w:tc>
          <w:tcPr>
            <w:tcW w:w="2093" w:type="dxa"/>
          </w:tcPr>
          <w:p w:rsidR="00663FDE" w:rsidRDefault="00B0619C">
            <w:proofErr w:type="spellStart"/>
            <w:r>
              <w:t>Çalışma</w:t>
            </w:r>
            <w:proofErr w:type="spellEnd"/>
            <w:r>
              <w:t xml:space="preserve"> </w:t>
            </w:r>
            <w:proofErr w:type="spellStart"/>
            <w:r>
              <w:t>arkadaşlarınızla</w:t>
            </w:r>
            <w:proofErr w:type="spellEnd"/>
            <w:r>
              <w:t xml:space="preserve"> </w:t>
            </w:r>
            <w:proofErr w:type="spellStart"/>
            <w:r>
              <w:t>ilişkilerinizin</w:t>
            </w:r>
            <w:proofErr w:type="spellEnd"/>
            <w:r>
              <w:t xml:space="preserve"> </w:t>
            </w:r>
            <w:proofErr w:type="spellStart"/>
            <w:r>
              <w:t>destekleyici</w:t>
            </w:r>
            <w:proofErr w:type="spellEnd"/>
            <w:r>
              <w:t xml:space="preserve"> ve olumlu olduğunu düşünüyor musunuz?</w:t>
            </w:r>
          </w:p>
        </w:tc>
        <w:tc>
          <w:tcPr>
            <w:tcW w:w="1178" w:type="dxa"/>
          </w:tcPr>
          <w:p w:rsidR="00663FDE" w:rsidRDefault="00B0619C">
            <w:r>
              <w:t>Çok Memnunum</w:t>
            </w:r>
          </w:p>
        </w:tc>
        <w:tc>
          <w:tcPr>
            <w:tcW w:w="1486" w:type="dxa"/>
          </w:tcPr>
          <w:p w:rsidR="00663FDE" w:rsidRDefault="00B0619C">
            <w:r>
              <w:t>Memnunum</w:t>
            </w:r>
          </w:p>
        </w:tc>
        <w:tc>
          <w:tcPr>
            <w:tcW w:w="1396" w:type="dxa"/>
          </w:tcPr>
          <w:p w:rsidR="00663FDE" w:rsidRDefault="00B0619C">
            <w:r>
              <w:t>Kararsızım</w:t>
            </w:r>
          </w:p>
        </w:tc>
        <w:tc>
          <w:tcPr>
            <w:tcW w:w="1351" w:type="dxa"/>
          </w:tcPr>
          <w:p w:rsidR="00663FDE" w:rsidRDefault="00B0619C">
            <w:r>
              <w:t>Memnun Değilim</w:t>
            </w:r>
          </w:p>
        </w:tc>
        <w:tc>
          <w:tcPr>
            <w:tcW w:w="1352" w:type="dxa"/>
          </w:tcPr>
          <w:p w:rsidR="00663FDE" w:rsidRDefault="00B0619C">
            <w:r>
              <w:t>Hiç Memnun Değilim</w:t>
            </w:r>
          </w:p>
        </w:tc>
      </w:tr>
      <w:tr w:rsidR="00663FDE" w:rsidTr="00B0619C">
        <w:tc>
          <w:tcPr>
            <w:tcW w:w="2093" w:type="dxa"/>
          </w:tcPr>
          <w:p w:rsidR="00663FDE" w:rsidRDefault="00B0619C">
            <w:r>
              <w:t>Kendinizi iş ortamında güvenli ve huzurlu hissediyor musunuz?</w:t>
            </w:r>
          </w:p>
        </w:tc>
        <w:tc>
          <w:tcPr>
            <w:tcW w:w="1178" w:type="dxa"/>
          </w:tcPr>
          <w:p w:rsidR="00663FDE" w:rsidRDefault="00B0619C">
            <w:r>
              <w:t>Çok Memnunum</w:t>
            </w:r>
          </w:p>
        </w:tc>
        <w:tc>
          <w:tcPr>
            <w:tcW w:w="1486" w:type="dxa"/>
          </w:tcPr>
          <w:p w:rsidR="00663FDE" w:rsidRDefault="00B0619C">
            <w:r>
              <w:t>Memnunum</w:t>
            </w:r>
          </w:p>
        </w:tc>
        <w:tc>
          <w:tcPr>
            <w:tcW w:w="1396" w:type="dxa"/>
          </w:tcPr>
          <w:p w:rsidR="00663FDE" w:rsidRDefault="00B0619C">
            <w:r>
              <w:t>Kararsızım</w:t>
            </w:r>
          </w:p>
        </w:tc>
        <w:tc>
          <w:tcPr>
            <w:tcW w:w="1351" w:type="dxa"/>
          </w:tcPr>
          <w:p w:rsidR="00663FDE" w:rsidRDefault="00B0619C">
            <w:r>
              <w:t>Memnun Değilim</w:t>
            </w:r>
          </w:p>
        </w:tc>
        <w:tc>
          <w:tcPr>
            <w:tcW w:w="1352" w:type="dxa"/>
          </w:tcPr>
          <w:p w:rsidR="00663FDE" w:rsidRDefault="00B0619C">
            <w:r>
              <w:t>Hiç Memnun Değilim</w:t>
            </w:r>
          </w:p>
        </w:tc>
      </w:tr>
    </w:tbl>
    <w:p w:rsidR="00663FDE" w:rsidRDefault="00B0619C">
      <w:pPr>
        <w:pStyle w:val="Balk2"/>
      </w:pPr>
      <w:proofErr w:type="spellStart"/>
      <w:r>
        <w:t>İletişim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Yönetim</w:t>
      </w:r>
      <w:proofErr w:type="spell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046"/>
        <w:gridCol w:w="1358"/>
        <w:gridCol w:w="1394"/>
        <w:gridCol w:w="1334"/>
        <w:gridCol w:w="1053"/>
        <w:gridCol w:w="1671"/>
      </w:tblGrid>
      <w:tr w:rsidR="00663FDE" w:rsidTr="000576F0">
        <w:tc>
          <w:tcPr>
            <w:tcW w:w="2203" w:type="dxa"/>
          </w:tcPr>
          <w:p w:rsidR="00663FDE" w:rsidRDefault="00B0619C">
            <w:proofErr w:type="spellStart"/>
            <w:r>
              <w:t>Amirlerinizle</w:t>
            </w:r>
            <w:proofErr w:type="spellEnd"/>
            <w:r>
              <w:t xml:space="preserve"> </w:t>
            </w:r>
            <w:proofErr w:type="spellStart"/>
            <w:r>
              <w:t>iletişiminizin</w:t>
            </w:r>
            <w:proofErr w:type="spellEnd"/>
            <w:r>
              <w:t xml:space="preserve"> </w:t>
            </w:r>
            <w:proofErr w:type="spellStart"/>
            <w:r>
              <w:t>açık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yapıcı olduğunu düşünüyor musunuz?</w:t>
            </w:r>
          </w:p>
        </w:tc>
        <w:tc>
          <w:tcPr>
            <w:tcW w:w="2762" w:type="dxa"/>
            <w:gridSpan w:val="2"/>
          </w:tcPr>
          <w:p w:rsidR="00663FDE" w:rsidRDefault="00B0619C">
            <w:r>
              <w:t>Evet</w:t>
            </w:r>
          </w:p>
        </w:tc>
        <w:tc>
          <w:tcPr>
            <w:tcW w:w="2054" w:type="dxa"/>
            <w:gridSpan w:val="2"/>
          </w:tcPr>
          <w:p w:rsidR="00663FDE" w:rsidRDefault="00B0619C">
            <w:r>
              <w:t>Kısmen</w:t>
            </w:r>
          </w:p>
        </w:tc>
        <w:tc>
          <w:tcPr>
            <w:tcW w:w="1837" w:type="dxa"/>
          </w:tcPr>
          <w:p w:rsidR="00663FDE" w:rsidRDefault="00B0619C">
            <w:r>
              <w:t>Hayır</w:t>
            </w:r>
          </w:p>
        </w:tc>
      </w:tr>
      <w:tr w:rsidR="00663FDE" w:rsidTr="000576F0">
        <w:tc>
          <w:tcPr>
            <w:tcW w:w="2203" w:type="dxa"/>
          </w:tcPr>
          <w:p w:rsidR="00663FDE" w:rsidRDefault="00B0619C">
            <w:r>
              <w:t>Kararlara katılımınızın yeterli düzeyde olduğunu düşünüyor musunuz?</w:t>
            </w:r>
          </w:p>
        </w:tc>
        <w:tc>
          <w:tcPr>
            <w:tcW w:w="1358" w:type="dxa"/>
          </w:tcPr>
          <w:p w:rsidR="00663FDE" w:rsidRDefault="00B0619C">
            <w:r>
              <w:t>Çok Memnunum</w:t>
            </w:r>
          </w:p>
        </w:tc>
        <w:tc>
          <w:tcPr>
            <w:tcW w:w="1404" w:type="dxa"/>
          </w:tcPr>
          <w:p w:rsidR="00663FDE" w:rsidRDefault="00B0619C">
            <w:r>
              <w:t>Memnunum</w:t>
            </w:r>
          </w:p>
        </w:tc>
        <w:tc>
          <w:tcPr>
            <w:tcW w:w="1356" w:type="dxa"/>
          </w:tcPr>
          <w:p w:rsidR="00663FDE" w:rsidRDefault="00B0619C">
            <w:r>
              <w:t>Kararsızım</w:t>
            </w:r>
          </w:p>
        </w:tc>
        <w:tc>
          <w:tcPr>
            <w:tcW w:w="698" w:type="dxa"/>
          </w:tcPr>
          <w:p w:rsidR="00663FDE" w:rsidRDefault="00B0619C">
            <w:r>
              <w:t>Memnun Değilim</w:t>
            </w:r>
          </w:p>
        </w:tc>
        <w:tc>
          <w:tcPr>
            <w:tcW w:w="1837" w:type="dxa"/>
          </w:tcPr>
          <w:p w:rsidR="00663FDE" w:rsidRDefault="00B0619C">
            <w:r>
              <w:t>Hiç Memnun Değilim</w:t>
            </w:r>
          </w:p>
        </w:tc>
      </w:tr>
      <w:tr w:rsidR="00663FDE" w:rsidTr="000576F0">
        <w:tc>
          <w:tcPr>
            <w:tcW w:w="2203" w:type="dxa"/>
          </w:tcPr>
          <w:p w:rsidR="00663FDE" w:rsidRDefault="00B0619C">
            <w:proofErr w:type="spellStart"/>
            <w:r>
              <w:t>Çalışma</w:t>
            </w:r>
            <w:proofErr w:type="spellEnd"/>
            <w:r>
              <w:t xml:space="preserve"> </w:t>
            </w:r>
            <w:proofErr w:type="spellStart"/>
            <w:r>
              <w:t>ortamında</w:t>
            </w:r>
            <w:proofErr w:type="spellEnd"/>
            <w:r>
              <w:t xml:space="preserve"> </w:t>
            </w:r>
            <w:proofErr w:type="spellStart"/>
            <w:r>
              <w:t>adaletli</w:t>
            </w:r>
            <w:proofErr w:type="spellEnd"/>
            <w:r>
              <w:t xml:space="preserve"> </w:t>
            </w:r>
            <w:proofErr w:type="spellStart"/>
            <w:r>
              <w:t>bir</w:t>
            </w:r>
            <w:proofErr w:type="spellEnd"/>
            <w:r>
              <w:t xml:space="preserve"> yönetim anlayışı olduğunu düşünüyor musunuz?</w:t>
            </w:r>
          </w:p>
        </w:tc>
        <w:tc>
          <w:tcPr>
            <w:tcW w:w="2762" w:type="dxa"/>
            <w:gridSpan w:val="2"/>
          </w:tcPr>
          <w:p w:rsidR="00663FDE" w:rsidRDefault="00B0619C">
            <w:r>
              <w:t>Evet</w:t>
            </w:r>
          </w:p>
        </w:tc>
        <w:tc>
          <w:tcPr>
            <w:tcW w:w="2054" w:type="dxa"/>
            <w:gridSpan w:val="2"/>
          </w:tcPr>
          <w:p w:rsidR="00663FDE" w:rsidRDefault="00B0619C">
            <w:r>
              <w:t>Kısmen</w:t>
            </w:r>
          </w:p>
        </w:tc>
        <w:tc>
          <w:tcPr>
            <w:tcW w:w="1837" w:type="dxa"/>
          </w:tcPr>
          <w:p w:rsidR="00663FDE" w:rsidRDefault="00B0619C">
            <w:r>
              <w:t>Hayır</w:t>
            </w:r>
          </w:p>
        </w:tc>
      </w:tr>
    </w:tbl>
    <w:p w:rsidR="00663FDE" w:rsidRDefault="00B0619C">
      <w:pPr>
        <w:pStyle w:val="Balk2"/>
      </w:pPr>
      <w:proofErr w:type="spellStart"/>
      <w:r>
        <w:t>Genel</w:t>
      </w:r>
      <w:proofErr w:type="spellEnd"/>
      <w:r>
        <w:t xml:space="preserve"> </w:t>
      </w:r>
      <w:proofErr w:type="spellStart"/>
      <w:r>
        <w:t>Değerlendirme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Öneriler</w:t>
      </w:r>
      <w:proofErr w:type="spellEnd"/>
    </w:p>
    <w:p w:rsidR="00663FDE" w:rsidRDefault="00B0619C">
      <w:r>
        <w:t>Fakültenizde idari süreçlerin daha etkin ve verimli yürütülmesi için önerileriniz varsa lütfen yazınız:</w:t>
      </w:r>
    </w:p>
    <w:p w:rsidR="00663FDE" w:rsidRDefault="00B0619C">
      <w:r>
        <w:t>....................................................................................</w:t>
      </w:r>
      <w:r w:rsidR="000576F0">
        <w:t>...............................</w:t>
      </w:r>
      <w:r>
        <w:t>....................................................................................................................</w:t>
      </w:r>
      <w:r w:rsidR="000576F0">
        <w:t>.......................................................................................................................................................</w:t>
      </w:r>
    </w:p>
    <w:sectPr w:rsidR="00663FDE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40B" w:rsidRDefault="00F9640B" w:rsidP="006D08F9">
      <w:pPr>
        <w:spacing w:after="0" w:line="240" w:lineRule="auto"/>
      </w:pPr>
      <w:r>
        <w:separator/>
      </w:r>
    </w:p>
  </w:endnote>
  <w:endnote w:type="continuationSeparator" w:id="0">
    <w:p w:rsidR="00F9640B" w:rsidRDefault="00F9640B" w:rsidP="006D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8F9" w:rsidRDefault="006D08F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8F9" w:rsidRDefault="006D08F9" w:rsidP="006D08F9">
    <w:pPr>
      <w:pStyle w:val="AltBilgi"/>
    </w:pPr>
    <w:r>
      <w:rPr>
        <w:rFonts w:cs="Arial"/>
        <w:i/>
        <w:sz w:val="16"/>
      </w:rPr>
      <w:t>(</w:t>
    </w:r>
    <w:proofErr w:type="spellStart"/>
    <w:r>
      <w:rPr>
        <w:rFonts w:cs="Arial"/>
        <w:i/>
        <w:sz w:val="16"/>
      </w:rPr>
      <w:t>Doküman</w:t>
    </w:r>
    <w:proofErr w:type="spellEnd"/>
    <w:r>
      <w:rPr>
        <w:rFonts w:cs="Arial"/>
        <w:i/>
        <w:sz w:val="16"/>
      </w:rPr>
      <w:t xml:space="preserve"> No:</w:t>
    </w:r>
    <w:r>
      <w:rPr>
        <w:rFonts w:ascii="Arial" w:hAnsi="Arial" w:cs="Arial"/>
        <w:i/>
        <w:sz w:val="16"/>
        <w:szCs w:val="16"/>
      </w:rPr>
      <w:t xml:space="preserve"> </w:t>
    </w:r>
    <w:r w:rsidR="004C0998">
      <w:rPr>
        <w:rFonts w:cs="Arial"/>
        <w:i/>
        <w:sz w:val="16"/>
      </w:rPr>
      <w:t>SİÜ.AN.005</w:t>
    </w:r>
    <w:bookmarkStart w:id="0" w:name="_GoBack"/>
    <w:bookmarkEnd w:id="0"/>
    <w:r>
      <w:rPr>
        <w:rFonts w:cs="Arial"/>
        <w:i/>
        <w:sz w:val="16"/>
      </w:rPr>
      <w:tab/>
    </w:r>
    <w:proofErr w:type="spellStart"/>
    <w:r>
      <w:rPr>
        <w:rFonts w:cs="Arial"/>
        <w:i/>
        <w:sz w:val="16"/>
      </w:rPr>
      <w:t>Revizyon</w:t>
    </w:r>
    <w:proofErr w:type="spellEnd"/>
    <w:r>
      <w:rPr>
        <w:rFonts w:cs="Arial"/>
        <w:i/>
        <w:sz w:val="16"/>
      </w:rPr>
      <w:t xml:space="preserve"> </w:t>
    </w:r>
    <w:proofErr w:type="spellStart"/>
    <w:r>
      <w:rPr>
        <w:rFonts w:cs="Arial"/>
        <w:i/>
        <w:sz w:val="16"/>
      </w:rPr>
      <w:t>Tarihi</w:t>
    </w:r>
    <w:proofErr w:type="spellEnd"/>
    <w:r>
      <w:rPr>
        <w:rFonts w:cs="Arial"/>
        <w:i/>
        <w:sz w:val="16"/>
      </w:rPr>
      <w:t>:</w:t>
    </w:r>
    <w:r>
      <w:rPr>
        <w:rFonts w:cs="Arial"/>
        <w:i/>
        <w:sz w:val="16"/>
      </w:rPr>
      <w:tab/>
      <w:t xml:space="preserve"> </w:t>
    </w:r>
    <w:proofErr w:type="spellStart"/>
    <w:r>
      <w:rPr>
        <w:rFonts w:cs="Arial"/>
        <w:i/>
        <w:sz w:val="16"/>
      </w:rPr>
      <w:t>Revizyon</w:t>
    </w:r>
    <w:proofErr w:type="spellEnd"/>
    <w:r>
      <w:rPr>
        <w:rFonts w:cs="Arial"/>
        <w:i/>
        <w:sz w:val="16"/>
      </w:rPr>
      <w:t xml:space="preserve"> No:00)</w:t>
    </w:r>
  </w:p>
  <w:p w:rsidR="006D08F9" w:rsidRDefault="006D08F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8F9" w:rsidRDefault="006D08F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40B" w:rsidRDefault="00F9640B" w:rsidP="006D08F9">
      <w:pPr>
        <w:spacing w:after="0" w:line="240" w:lineRule="auto"/>
      </w:pPr>
      <w:r>
        <w:separator/>
      </w:r>
    </w:p>
  </w:footnote>
  <w:footnote w:type="continuationSeparator" w:id="0">
    <w:p w:rsidR="00F9640B" w:rsidRDefault="00F9640B" w:rsidP="006D0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8F9" w:rsidRDefault="006D08F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8F9" w:rsidRDefault="006D08F9">
    <w:pPr>
      <w:pStyle w:val="stBilgi"/>
    </w:pPr>
    <w:r>
      <w:rPr>
        <w:noProof/>
        <w:lang w:val="tr-TR" w:eastAsia="tr-TR"/>
      </w:rPr>
      <w:drawing>
        <wp:inline distT="0" distB="0" distL="0" distR="0" wp14:anchorId="54FFC091" wp14:editId="728B5ACE">
          <wp:extent cx="1133475" cy="666750"/>
          <wp:effectExtent l="0" t="0" r="9525" b="0"/>
          <wp:docPr id="2" name="Resim 2" descr="Siirt Üniversitesinde Büyük Başarı: Türkiyede 12. oldu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irt Üniversitesinde Büyük Başarı: Türkiyede 12. oldu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592" cy="6668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8F9" w:rsidRDefault="006D08F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576F0"/>
    <w:rsid w:val="0006063C"/>
    <w:rsid w:val="0015074B"/>
    <w:rsid w:val="0029639D"/>
    <w:rsid w:val="00326F90"/>
    <w:rsid w:val="004C0998"/>
    <w:rsid w:val="00663FDE"/>
    <w:rsid w:val="006D08F9"/>
    <w:rsid w:val="0072373A"/>
    <w:rsid w:val="00A16271"/>
    <w:rsid w:val="00AA1D8D"/>
    <w:rsid w:val="00B0619C"/>
    <w:rsid w:val="00B47730"/>
    <w:rsid w:val="00CB0664"/>
    <w:rsid w:val="00E13C98"/>
    <w:rsid w:val="00F9640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0683C3"/>
  <w14:defaultImageDpi w14:val="300"/>
  <w15:docId w15:val="{C7400F74-CCA0-44A8-8E61-ECDC6A018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CC802D8-6CF4-446D-B676-4FD6CA84E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Bilgisayar</cp:lastModifiedBy>
  <cp:revision>6</cp:revision>
  <dcterms:created xsi:type="dcterms:W3CDTF">2013-12-23T23:15:00Z</dcterms:created>
  <dcterms:modified xsi:type="dcterms:W3CDTF">2025-10-20T12:38:00Z</dcterms:modified>
  <cp:category/>
</cp:coreProperties>
</file>