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11B5" w:rsidRPr="003F2103" w:rsidRDefault="000C64B3">
      <w:pPr>
        <w:pStyle w:val="KonuBal"/>
        <w:jc w:val="center"/>
        <w:rPr>
          <w:b/>
        </w:rPr>
      </w:pPr>
      <w:r w:rsidRPr="003F2103">
        <w:rPr>
          <w:b/>
          <w:sz w:val="28"/>
        </w:rPr>
        <w:t>SİİRT ÜNİVERSİTESİ</w:t>
      </w:r>
      <w:r w:rsidRPr="003F2103">
        <w:rPr>
          <w:b/>
          <w:sz w:val="28"/>
        </w:rPr>
        <w:br/>
        <w:t>SAĞLIK BİLİMLERİ FAKÜLTESİ</w:t>
      </w:r>
      <w:r w:rsidR="003611B5" w:rsidRPr="003F2103">
        <w:rPr>
          <w:b/>
        </w:rPr>
        <w:t xml:space="preserve"> </w:t>
      </w:r>
    </w:p>
    <w:p w:rsidR="008C7A28" w:rsidRPr="003F2103" w:rsidRDefault="003611B5">
      <w:pPr>
        <w:pStyle w:val="KonuBal"/>
        <w:jc w:val="center"/>
        <w:rPr>
          <w:b/>
          <w:sz w:val="28"/>
        </w:rPr>
      </w:pPr>
      <w:proofErr w:type="spellStart"/>
      <w:r w:rsidRPr="003F2103">
        <w:rPr>
          <w:b/>
          <w:sz w:val="28"/>
        </w:rPr>
        <w:t>Akademik</w:t>
      </w:r>
      <w:proofErr w:type="spellEnd"/>
      <w:r w:rsidRPr="003F2103">
        <w:rPr>
          <w:b/>
          <w:sz w:val="28"/>
        </w:rPr>
        <w:t xml:space="preserve"> </w:t>
      </w:r>
      <w:proofErr w:type="spellStart"/>
      <w:r w:rsidRPr="003F2103">
        <w:rPr>
          <w:b/>
          <w:sz w:val="28"/>
        </w:rPr>
        <w:t>Danışman</w:t>
      </w:r>
      <w:proofErr w:type="spellEnd"/>
      <w:r w:rsidRPr="003F2103">
        <w:rPr>
          <w:b/>
          <w:sz w:val="28"/>
        </w:rPr>
        <w:t xml:space="preserve"> </w:t>
      </w:r>
      <w:proofErr w:type="spellStart"/>
      <w:r w:rsidRPr="003F2103">
        <w:rPr>
          <w:b/>
          <w:sz w:val="28"/>
        </w:rPr>
        <w:t>Öğrenci</w:t>
      </w:r>
      <w:proofErr w:type="spellEnd"/>
      <w:r w:rsidRPr="003F2103">
        <w:rPr>
          <w:b/>
          <w:sz w:val="28"/>
        </w:rPr>
        <w:t xml:space="preserve"> </w:t>
      </w:r>
      <w:proofErr w:type="spellStart"/>
      <w:r w:rsidRPr="003F2103">
        <w:rPr>
          <w:b/>
          <w:sz w:val="28"/>
        </w:rPr>
        <w:t>Tanıma</w:t>
      </w:r>
      <w:proofErr w:type="spellEnd"/>
      <w:r w:rsidRPr="003F2103">
        <w:rPr>
          <w:b/>
          <w:sz w:val="28"/>
        </w:rPr>
        <w:t xml:space="preserve"> </w:t>
      </w:r>
      <w:proofErr w:type="spellStart"/>
      <w:r w:rsidRPr="003F2103">
        <w:rPr>
          <w:b/>
          <w:sz w:val="28"/>
        </w:rPr>
        <w:t>Anketi</w:t>
      </w:r>
      <w:proofErr w:type="spellEnd"/>
    </w:p>
    <w:p w:rsidR="003611B5" w:rsidRDefault="003611B5" w:rsidP="003611B5">
      <w:proofErr w:type="spellStart"/>
      <w:r>
        <w:t>Eğit</w:t>
      </w:r>
      <w:r w:rsidR="009274AA">
        <w:t>im-Öğretim</w:t>
      </w:r>
      <w:proofErr w:type="spellEnd"/>
      <w:r w:rsidR="009274AA">
        <w:t xml:space="preserve"> </w:t>
      </w:r>
      <w:proofErr w:type="spellStart"/>
      <w:r w:rsidR="009274AA">
        <w:t>Yılı</w:t>
      </w:r>
      <w:proofErr w:type="spellEnd"/>
      <w:r w:rsidR="009274AA">
        <w:t>: ………………………………</w:t>
      </w:r>
      <w:r>
        <w:t>…</w:t>
      </w:r>
      <w:r w:rsidRPr="003611B5">
        <w:t xml:space="preserve"> </w:t>
      </w:r>
      <w:r w:rsidR="009274AA">
        <w:tab/>
      </w:r>
      <w:proofErr w:type="spellStart"/>
      <w:r w:rsidR="009274AA">
        <w:t>Şubeniz</w:t>
      </w:r>
      <w:proofErr w:type="spellEnd"/>
      <w:r w:rsidR="009274AA">
        <w:t>: ……………………………</w:t>
      </w:r>
    </w:p>
    <w:p w:rsidR="003611B5" w:rsidRDefault="003611B5" w:rsidP="003611B5">
      <w:proofErr w:type="spellStart"/>
      <w:r>
        <w:t>Adın</w:t>
      </w:r>
      <w:r w:rsidR="009274AA">
        <w:t>ız</w:t>
      </w:r>
      <w:proofErr w:type="spellEnd"/>
      <w:r w:rsidR="009274AA">
        <w:t xml:space="preserve"> – </w:t>
      </w:r>
      <w:proofErr w:type="spellStart"/>
      <w:r w:rsidR="009274AA">
        <w:t>Soyadınız</w:t>
      </w:r>
      <w:proofErr w:type="spellEnd"/>
      <w:r w:rsidR="009274AA">
        <w:t>: …………………………………</w:t>
      </w:r>
      <w:r w:rsidR="009274AA">
        <w:tab/>
      </w:r>
      <w:r>
        <w:t xml:space="preserve"> </w:t>
      </w:r>
      <w:proofErr w:type="spellStart"/>
      <w:r>
        <w:t>Okul</w:t>
      </w:r>
      <w:proofErr w:type="spellEnd"/>
      <w:r>
        <w:t xml:space="preserve"> No: ……………………</w:t>
      </w:r>
      <w:r w:rsidR="009274AA">
        <w:t>…………………</w:t>
      </w:r>
      <w:proofErr w:type="gramStart"/>
      <w:r w:rsidR="009274AA">
        <w:t>…..</w:t>
      </w:r>
      <w:proofErr w:type="gramEnd"/>
    </w:p>
    <w:p w:rsidR="003611B5" w:rsidRDefault="009274AA" w:rsidP="003611B5">
      <w:proofErr w:type="spellStart"/>
      <w:r>
        <w:t>Doğum</w:t>
      </w:r>
      <w:proofErr w:type="spellEnd"/>
      <w:r>
        <w:t xml:space="preserve"> </w:t>
      </w:r>
      <w:proofErr w:type="spellStart"/>
      <w:r>
        <w:t>yeriniz</w:t>
      </w:r>
      <w:proofErr w:type="spellEnd"/>
      <w:r>
        <w:t>: …………………………………</w:t>
      </w:r>
      <w:r>
        <w:tab/>
      </w:r>
      <w:proofErr w:type="spellStart"/>
      <w:r>
        <w:t>Doğum</w:t>
      </w:r>
      <w:proofErr w:type="spellEnd"/>
      <w:r>
        <w:t xml:space="preserve"> </w:t>
      </w:r>
      <w:proofErr w:type="spellStart"/>
      <w:r>
        <w:t>tarihiniz</w:t>
      </w:r>
      <w:proofErr w:type="spellEnd"/>
      <w:r>
        <w:t>: …………………………………….</w:t>
      </w:r>
    </w:p>
    <w:p w:rsidR="003611B5" w:rsidRDefault="009274AA" w:rsidP="003611B5">
      <w:proofErr w:type="spellStart"/>
      <w:r>
        <w:t>Telefon</w:t>
      </w:r>
      <w:proofErr w:type="spellEnd"/>
      <w:r>
        <w:t xml:space="preserve"> No: ………………………………………</w:t>
      </w:r>
      <w:r>
        <w:tab/>
      </w:r>
      <w:proofErr w:type="spellStart"/>
      <w:r w:rsidR="003611B5">
        <w:t>Sürekli</w:t>
      </w:r>
      <w:proofErr w:type="spellEnd"/>
      <w:r w:rsidR="003611B5">
        <w:t xml:space="preserve"> </w:t>
      </w:r>
      <w:proofErr w:type="spellStart"/>
      <w:r w:rsidR="003611B5">
        <w:t>Adresiniz</w:t>
      </w:r>
      <w:proofErr w:type="spellEnd"/>
      <w:r w:rsidR="003611B5">
        <w:t>:</w:t>
      </w:r>
      <w:r>
        <w:t xml:space="preserve"> ………………………</w:t>
      </w:r>
      <w:r w:rsidR="003611B5">
        <w:t>………</w:t>
      </w:r>
      <w:r>
        <w:t>.</w:t>
      </w:r>
      <w:r w:rsidR="003611B5">
        <w:t>…</w:t>
      </w:r>
    </w:p>
    <w:p w:rsidR="003611B5" w:rsidRDefault="003611B5" w:rsidP="003611B5">
      <w:proofErr w:type="spellStart"/>
      <w:r>
        <w:t>Ka</w:t>
      </w:r>
      <w:r w:rsidR="009274AA">
        <w:t>ç</w:t>
      </w:r>
      <w:proofErr w:type="spellEnd"/>
      <w:r w:rsidR="009274AA">
        <w:t xml:space="preserve"> </w:t>
      </w:r>
      <w:proofErr w:type="spellStart"/>
      <w:proofErr w:type="gramStart"/>
      <w:r w:rsidR="009274AA">
        <w:t>kardeşsiniz</w:t>
      </w:r>
      <w:proofErr w:type="spellEnd"/>
      <w:r w:rsidR="009274AA">
        <w:t>?:</w:t>
      </w:r>
      <w:proofErr w:type="gramEnd"/>
      <w:r w:rsidR="009274AA">
        <w:t xml:space="preserve"> ……………………………………</w:t>
      </w:r>
      <w:r w:rsidR="009274AA">
        <w:tab/>
      </w:r>
      <w:proofErr w:type="spellStart"/>
      <w:r>
        <w:t>Hobileriniz</w:t>
      </w:r>
      <w:proofErr w:type="spellEnd"/>
      <w:r>
        <w:t>: ………………………………………</w:t>
      </w:r>
      <w:r w:rsidR="009274AA">
        <w:t>.</w:t>
      </w:r>
      <w:r>
        <w:t>…</w:t>
      </w:r>
    </w:p>
    <w:p w:rsidR="008C7A28" w:rsidRDefault="003611B5">
      <w:proofErr w:type="spellStart"/>
      <w:r>
        <w:t>Sağlık</w:t>
      </w:r>
      <w:proofErr w:type="spellEnd"/>
      <w:r>
        <w:t xml:space="preserve"> </w:t>
      </w:r>
      <w:proofErr w:type="spellStart"/>
      <w:r>
        <w:t>problemleriniz</w:t>
      </w:r>
      <w:proofErr w:type="spellEnd"/>
      <w:r>
        <w:t xml:space="preserve"> </w:t>
      </w:r>
      <w:proofErr w:type="spellStart"/>
      <w:r>
        <w:t>var</w:t>
      </w:r>
      <w:proofErr w:type="spellEnd"/>
      <w:r>
        <w:t xml:space="preserve"> </w:t>
      </w:r>
      <w:proofErr w:type="spellStart"/>
      <w:r>
        <w:t>mı</w:t>
      </w:r>
      <w:proofErr w:type="spellEnd"/>
      <w:r>
        <w:t xml:space="preserve">? </w:t>
      </w:r>
      <w:proofErr w:type="spellStart"/>
      <w:r>
        <w:t>Belirtiniz</w:t>
      </w:r>
      <w:proofErr w:type="spellEnd"/>
      <w:r>
        <w:t>: …………………………………</w:t>
      </w:r>
      <w:r w:rsidR="009274AA">
        <w:t>…….</w:t>
      </w:r>
      <w:r>
        <w:t>………</w:t>
      </w:r>
    </w:p>
    <w:tbl>
      <w:tblPr>
        <w:tblW w:w="950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794"/>
        <w:gridCol w:w="5711"/>
      </w:tblGrid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Sınıfınız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8C7A28" w:rsidRDefault="000C64B3">
            <w:r>
              <w:t>□ 1. sınıf   □ 2. sınıf   □ 3. sınıf   □ 4. sınıf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Öğrenim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Durumu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8C7A28" w:rsidRDefault="000C64B3">
            <w:r>
              <w:t>□ Normal Öğretim   □ İkinci Öğretim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Mezun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olduğunuz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lise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2B7402" w:rsidRDefault="000C64B3">
            <w:r>
              <w:t xml:space="preserve">□ Düz lise  </w:t>
            </w:r>
            <w:r w:rsidR="002B7402">
              <w:t xml:space="preserve">                        </w:t>
            </w:r>
            <w:r>
              <w:t xml:space="preserve"> □ Meslek lisesi   </w:t>
            </w:r>
          </w:p>
          <w:p w:rsidR="008C7A28" w:rsidRDefault="000C64B3">
            <w:r>
              <w:t xml:space="preserve">□ </w:t>
            </w:r>
            <w:proofErr w:type="spellStart"/>
            <w:r w:rsidR="002B7402">
              <w:t>Anadolu</w:t>
            </w:r>
            <w:proofErr w:type="spellEnd"/>
            <w:r w:rsidR="002B7402">
              <w:t xml:space="preserve">/Fen </w:t>
            </w:r>
            <w:proofErr w:type="spellStart"/>
            <w:r w:rsidR="002B7402">
              <w:t>lisesi</w:t>
            </w:r>
            <w:proofErr w:type="spellEnd"/>
            <w:r w:rsidR="002B7402">
              <w:t xml:space="preserve">       □ </w:t>
            </w:r>
            <w:proofErr w:type="spellStart"/>
            <w:r w:rsidR="002B7402">
              <w:t>Diğer</w:t>
            </w:r>
            <w:proofErr w:type="spellEnd"/>
            <w:r w:rsidR="002B7402">
              <w:t>:</w:t>
            </w:r>
            <w:r>
              <w:t>……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Siirt’te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nerede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kalıyorsunuz</w:t>
            </w:r>
            <w:proofErr w:type="spellEnd"/>
            <w:r>
              <w:rPr>
                <w:b/>
              </w:rPr>
              <w:t>?</w:t>
            </w:r>
          </w:p>
        </w:tc>
        <w:tc>
          <w:tcPr>
            <w:tcW w:w="5711" w:type="dxa"/>
          </w:tcPr>
          <w:p w:rsidR="003611B5" w:rsidRDefault="000C64B3">
            <w:r>
              <w:t xml:space="preserve">□ </w:t>
            </w:r>
            <w:proofErr w:type="spellStart"/>
            <w:r>
              <w:t>Ailemle</w:t>
            </w:r>
            <w:proofErr w:type="spellEnd"/>
            <w:r>
              <w:t xml:space="preserve">   </w:t>
            </w:r>
            <w:r w:rsidR="002B7402">
              <w:t xml:space="preserve">         </w:t>
            </w:r>
            <w:r>
              <w:t xml:space="preserve">□ </w:t>
            </w:r>
            <w:proofErr w:type="spellStart"/>
            <w:r>
              <w:t>Arkadaşlarımla</w:t>
            </w:r>
            <w:proofErr w:type="spellEnd"/>
            <w:r>
              <w:t xml:space="preserve">  </w:t>
            </w:r>
            <w:r w:rsidR="002B7402">
              <w:t xml:space="preserve">        </w:t>
            </w:r>
            <w:r>
              <w:t xml:space="preserve"> □ </w:t>
            </w:r>
            <w:proofErr w:type="spellStart"/>
            <w:r>
              <w:t>Akraba</w:t>
            </w:r>
            <w:proofErr w:type="spellEnd"/>
            <w:r>
              <w:t xml:space="preserve"> </w:t>
            </w:r>
            <w:proofErr w:type="spellStart"/>
            <w:r>
              <w:t>evinde</w:t>
            </w:r>
            <w:proofErr w:type="spellEnd"/>
            <w:r>
              <w:t xml:space="preserve"> </w:t>
            </w:r>
          </w:p>
          <w:p w:rsidR="008C7A28" w:rsidRDefault="000C64B3">
            <w:r>
              <w:t xml:space="preserve">  □ </w:t>
            </w:r>
            <w:proofErr w:type="spellStart"/>
            <w:r>
              <w:t>Otel</w:t>
            </w:r>
            <w:proofErr w:type="spellEnd"/>
            <w:r>
              <w:t>/</w:t>
            </w:r>
            <w:proofErr w:type="spellStart"/>
            <w:r>
              <w:t>Pansiyon</w:t>
            </w:r>
            <w:proofErr w:type="spellEnd"/>
            <w:r>
              <w:t xml:space="preserve">   □</w:t>
            </w:r>
            <w:r w:rsidR="003611B5">
              <w:t xml:space="preserve"> </w:t>
            </w:r>
            <w:proofErr w:type="spellStart"/>
            <w:r w:rsidR="003611B5">
              <w:t>Tek</w:t>
            </w:r>
            <w:proofErr w:type="spellEnd"/>
            <w:r w:rsidR="003611B5">
              <w:t xml:space="preserve"> </w:t>
            </w:r>
            <w:proofErr w:type="spellStart"/>
            <w:r w:rsidR="003611B5">
              <w:t>başıma</w:t>
            </w:r>
            <w:proofErr w:type="spellEnd"/>
            <w:r w:rsidR="003611B5">
              <w:t xml:space="preserve">   □ </w:t>
            </w:r>
            <w:proofErr w:type="spellStart"/>
            <w:r w:rsidR="003611B5">
              <w:t>Diğer</w:t>
            </w:r>
            <w:proofErr w:type="spellEnd"/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Ailevi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durumunuz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3611B5" w:rsidRDefault="000C64B3">
            <w:r>
              <w:t xml:space="preserve">□ Annem ve babam birlikteler   □ Annem hayatta değil   </w:t>
            </w:r>
          </w:p>
          <w:p w:rsidR="003611B5" w:rsidRDefault="000C64B3">
            <w:r>
              <w:t xml:space="preserve">□ Babam hayatta değil   □ İkisi de hayatta değil  </w:t>
            </w:r>
          </w:p>
          <w:p w:rsidR="008C7A28" w:rsidRDefault="000C64B3">
            <w:r>
              <w:t xml:space="preserve"> □ Annem ve babam ayrıldılar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Gelir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Kaynağınız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2B7402" w:rsidRDefault="000C64B3">
            <w:r>
              <w:t xml:space="preserve">□ </w:t>
            </w:r>
            <w:proofErr w:type="spellStart"/>
            <w:r>
              <w:t>Ailem</w:t>
            </w:r>
            <w:proofErr w:type="spellEnd"/>
            <w:r>
              <w:t xml:space="preserve"> </w:t>
            </w:r>
            <w:r w:rsidR="002B7402">
              <w:t xml:space="preserve"> </w:t>
            </w:r>
            <w:r>
              <w:t xml:space="preserve">  </w:t>
            </w:r>
            <w:r w:rsidR="002B7402">
              <w:t xml:space="preserve">           </w:t>
            </w:r>
            <w:r>
              <w:t xml:space="preserve">□ Burs </w:t>
            </w:r>
            <w:r w:rsidR="002B7402">
              <w:t xml:space="preserve">                      </w:t>
            </w:r>
            <w:r>
              <w:t xml:space="preserve">  □ </w:t>
            </w:r>
            <w:proofErr w:type="spellStart"/>
            <w:r>
              <w:t>Kredi</w:t>
            </w:r>
            <w:proofErr w:type="spellEnd"/>
            <w:r>
              <w:t xml:space="preserve">   </w:t>
            </w:r>
          </w:p>
          <w:p w:rsidR="008C7A28" w:rsidRDefault="000C64B3">
            <w:r>
              <w:t xml:space="preserve">□ </w:t>
            </w:r>
            <w:proofErr w:type="spellStart"/>
            <w:r>
              <w:t>Kendi</w:t>
            </w:r>
            <w:proofErr w:type="spellEnd"/>
            <w:r>
              <w:t xml:space="preserve"> </w:t>
            </w:r>
            <w:proofErr w:type="spellStart"/>
            <w:r>
              <w:t>çalışmalarım</w:t>
            </w:r>
            <w:proofErr w:type="spellEnd"/>
            <w:r>
              <w:t xml:space="preserve">   □ </w:t>
            </w:r>
            <w:proofErr w:type="spellStart"/>
            <w:r>
              <w:t>Diğer</w:t>
            </w:r>
            <w:proofErr w:type="spellEnd"/>
            <w:r>
              <w:t>:………</w:t>
            </w:r>
            <w:r w:rsidR="002B7402">
              <w:t>……</w:t>
            </w:r>
            <w:r>
              <w:t>……</w:t>
            </w:r>
          </w:p>
        </w:tc>
      </w:tr>
      <w:tr w:rsidR="008C7A28" w:rsidTr="00773794">
        <w:tc>
          <w:tcPr>
            <w:tcW w:w="3794" w:type="dxa"/>
          </w:tcPr>
          <w:p w:rsidR="008C7A28" w:rsidRDefault="003611B5">
            <w:proofErr w:type="spellStart"/>
            <w:r>
              <w:rPr>
                <w:b/>
              </w:rPr>
              <w:t>Yaşadı</w:t>
            </w:r>
            <w:r w:rsidR="000C64B3">
              <w:rPr>
                <w:b/>
              </w:rPr>
              <w:t>ğınız</w:t>
            </w:r>
            <w:proofErr w:type="spellEnd"/>
            <w:r w:rsidR="000C64B3">
              <w:rPr>
                <w:b/>
              </w:rPr>
              <w:t xml:space="preserve"> </w:t>
            </w:r>
            <w:proofErr w:type="spellStart"/>
            <w:r w:rsidR="000C64B3">
              <w:rPr>
                <w:b/>
              </w:rPr>
              <w:t>Problemler</w:t>
            </w:r>
            <w:proofErr w:type="spellEnd"/>
            <w:r w:rsidR="000C64B3">
              <w:rPr>
                <w:b/>
              </w:rPr>
              <w:t>:</w:t>
            </w:r>
          </w:p>
        </w:tc>
        <w:tc>
          <w:tcPr>
            <w:tcW w:w="5711" w:type="dxa"/>
          </w:tcPr>
          <w:p w:rsidR="008C7A28" w:rsidRDefault="000C64B3">
            <w:r>
              <w:t xml:space="preserve">□ Aile ile ilgili   □ Derslerle ilgili   □ Arkadaşlık ilişkileri </w:t>
            </w:r>
            <w:r w:rsidR="00370454">
              <w:t xml:space="preserve">  </w:t>
            </w:r>
            <w:r>
              <w:t xml:space="preserve">  □ Ekonomik  </w:t>
            </w:r>
            <w:r w:rsidR="003611B5">
              <w:t xml:space="preserve">            </w:t>
            </w:r>
            <w:r>
              <w:t xml:space="preserve"> □ Psikolojik   □ Diğer:……………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Konuşmak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istediğiniz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Problemler</w:t>
            </w:r>
            <w:proofErr w:type="spellEnd"/>
            <w:r>
              <w:rPr>
                <w:b/>
              </w:rPr>
              <w:t>:</w:t>
            </w:r>
          </w:p>
        </w:tc>
        <w:tc>
          <w:tcPr>
            <w:tcW w:w="5711" w:type="dxa"/>
          </w:tcPr>
          <w:p w:rsidR="008C7A28" w:rsidRDefault="000C64B3">
            <w:r>
              <w:t xml:space="preserve">□ </w:t>
            </w:r>
            <w:proofErr w:type="spellStart"/>
            <w:r>
              <w:t>Aile</w:t>
            </w:r>
            <w:proofErr w:type="spellEnd"/>
            <w:r>
              <w:t xml:space="preserve"> </w:t>
            </w:r>
            <w:proofErr w:type="spellStart"/>
            <w:r>
              <w:t>ile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  □ </w:t>
            </w:r>
            <w:proofErr w:type="spellStart"/>
            <w:r>
              <w:t>Derslerle</w:t>
            </w:r>
            <w:proofErr w:type="spellEnd"/>
            <w:r>
              <w:t xml:space="preserve"> </w:t>
            </w:r>
            <w:proofErr w:type="spellStart"/>
            <w:r>
              <w:t>ilgili</w:t>
            </w:r>
            <w:proofErr w:type="spellEnd"/>
            <w:r>
              <w:t xml:space="preserve">   □ </w:t>
            </w:r>
            <w:proofErr w:type="spellStart"/>
            <w:r>
              <w:t>Arkadaşlık</w:t>
            </w:r>
            <w:proofErr w:type="spellEnd"/>
            <w:r>
              <w:t xml:space="preserve"> </w:t>
            </w:r>
            <w:proofErr w:type="spellStart"/>
            <w:r>
              <w:t>ilişkileri</w:t>
            </w:r>
            <w:proofErr w:type="spellEnd"/>
            <w:r w:rsidR="00370454">
              <w:t xml:space="preserve">  </w:t>
            </w:r>
            <w:r>
              <w:t xml:space="preserve">   □ </w:t>
            </w:r>
            <w:proofErr w:type="spellStart"/>
            <w:r>
              <w:t>Ekonomik</w:t>
            </w:r>
            <w:proofErr w:type="spellEnd"/>
            <w:r>
              <w:t xml:space="preserve">   </w:t>
            </w:r>
            <w:r w:rsidR="00370454">
              <w:t xml:space="preserve">   </w:t>
            </w:r>
            <w:r>
              <w:t xml:space="preserve">□ </w:t>
            </w:r>
            <w:proofErr w:type="spellStart"/>
            <w:r>
              <w:t>Psikolojik</w:t>
            </w:r>
            <w:proofErr w:type="spellEnd"/>
            <w:r>
              <w:t xml:space="preserve">   □ </w:t>
            </w:r>
            <w:proofErr w:type="spellStart"/>
            <w:r>
              <w:t>Diğer</w:t>
            </w:r>
            <w:proofErr w:type="spellEnd"/>
            <w:r>
              <w:t>:……………</w:t>
            </w:r>
            <w:r w:rsidR="002B7402">
              <w:t>……………</w:t>
            </w:r>
          </w:p>
        </w:tc>
      </w:tr>
      <w:tr w:rsidR="008C7A28" w:rsidTr="00773794">
        <w:tc>
          <w:tcPr>
            <w:tcW w:w="3794" w:type="dxa"/>
          </w:tcPr>
          <w:p w:rsidR="008C7A28" w:rsidRDefault="000C64B3">
            <w:proofErr w:type="spellStart"/>
            <w:r>
              <w:rPr>
                <w:b/>
              </w:rPr>
              <w:t>Kitap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kırtasiye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alım</w:t>
            </w:r>
            <w:proofErr w:type="spellEnd"/>
            <w:r>
              <w:rPr>
                <w:b/>
              </w:rPr>
              <w:t xml:space="preserve"> gücünüz var mı?</w:t>
            </w:r>
          </w:p>
        </w:tc>
        <w:tc>
          <w:tcPr>
            <w:tcW w:w="5711" w:type="dxa"/>
          </w:tcPr>
          <w:p w:rsidR="008C7A28" w:rsidRDefault="000C64B3">
            <w:r>
              <w:t>□ Evet   □ Hayır</w:t>
            </w:r>
          </w:p>
        </w:tc>
      </w:tr>
    </w:tbl>
    <w:p w:rsidR="008C7A28" w:rsidRDefault="008C7A28" w:rsidP="003611B5"/>
    <w:sectPr w:rsidR="008C7A28" w:rsidSect="0003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6712" w:rsidRDefault="007B6712">
      <w:pPr>
        <w:spacing w:after="0" w:line="240" w:lineRule="auto"/>
      </w:pPr>
      <w:r>
        <w:separator/>
      </w:r>
    </w:p>
  </w:endnote>
  <w:endnote w:type="continuationSeparator" w:id="0">
    <w:p w:rsidR="007B6712" w:rsidRDefault="007B6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EB" w:rsidRDefault="00727CEB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A28" w:rsidRDefault="00F83812">
    <w:pPr>
      <w:pStyle w:val="AltBilgi"/>
      <w:jc w:val="center"/>
    </w:pPr>
    <w:r>
      <w:rPr>
        <w:rFonts w:cs="Arial"/>
        <w:i/>
        <w:sz w:val="16"/>
      </w:rPr>
      <w:t>(</w:t>
    </w:r>
    <w:proofErr w:type="spellStart"/>
    <w:r>
      <w:rPr>
        <w:rFonts w:cs="Arial"/>
        <w:i/>
        <w:sz w:val="16"/>
      </w:rPr>
      <w:t>Doküman</w:t>
    </w:r>
    <w:proofErr w:type="spellEnd"/>
    <w:r>
      <w:rPr>
        <w:rFonts w:cs="Arial"/>
        <w:i/>
        <w:sz w:val="16"/>
      </w:rPr>
      <w:t xml:space="preserve"> No:</w:t>
    </w:r>
    <w:r w:rsidR="00727CEB">
      <w:rPr>
        <w:rFonts w:ascii="Arial" w:hAnsi="Arial" w:cs="Arial"/>
        <w:i/>
        <w:sz w:val="16"/>
        <w:szCs w:val="16"/>
      </w:rPr>
      <w:t xml:space="preserve"> </w:t>
    </w:r>
    <w:r w:rsidR="00292425">
      <w:rPr>
        <w:rFonts w:cs="Arial"/>
        <w:i/>
        <w:sz w:val="16"/>
      </w:rPr>
      <w:t>SİÜ.AN.002</w:t>
    </w:r>
    <w:bookmarkStart w:id="0" w:name="_GoBack"/>
    <w:bookmarkEnd w:id="0"/>
    <w:r w:rsidR="00077577">
      <w:rPr>
        <w:rFonts w:cs="Arial"/>
        <w:i/>
        <w:sz w:val="16"/>
      </w:rPr>
      <w:tab/>
    </w:r>
    <w:proofErr w:type="spellStart"/>
    <w:r w:rsidR="00077577">
      <w:rPr>
        <w:rFonts w:cs="Arial"/>
        <w:i/>
        <w:sz w:val="16"/>
      </w:rPr>
      <w:t>Revizyon</w:t>
    </w:r>
    <w:proofErr w:type="spellEnd"/>
    <w:r w:rsidR="00077577">
      <w:rPr>
        <w:rFonts w:cs="Arial"/>
        <w:i/>
        <w:sz w:val="16"/>
      </w:rPr>
      <w:t xml:space="preserve"> </w:t>
    </w:r>
    <w:proofErr w:type="spellStart"/>
    <w:r w:rsidR="00077577">
      <w:rPr>
        <w:rFonts w:cs="Arial"/>
        <w:i/>
        <w:sz w:val="16"/>
      </w:rPr>
      <w:t>Tarihi</w:t>
    </w:r>
    <w:proofErr w:type="spellEnd"/>
    <w:r w:rsidR="00077577">
      <w:rPr>
        <w:rFonts w:cs="Arial"/>
        <w:i/>
        <w:sz w:val="16"/>
      </w:rPr>
      <w:t>:</w:t>
    </w:r>
    <w:r w:rsidR="00077577">
      <w:rPr>
        <w:rFonts w:cs="Arial"/>
        <w:i/>
        <w:sz w:val="16"/>
      </w:rPr>
      <w:tab/>
    </w:r>
    <w:proofErr w:type="spellStart"/>
    <w:r>
      <w:rPr>
        <w:rFonts w:cs="Arial"/>
        <w:i/>
        <w:sz w:val="16"/>
      </w:rPr>
      <w:t>Revizyon</w:t>
    </w:r>
    <w:proofErr w:type="spellEnd"/>
    <w:r>
      <w:rPr>
        <w:rFonts w:cs="Arial"/>
        <w:i/>
        <w:sz w:val="16"/>
      </w:rPr>
      <w:t xml:space="preserve"> No:00)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EB" w:rsidRDefault="00727CE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6712" w:rsidRDefault="007B6712">
      <w:pPr>
        <w:spacing w:after="0" w:line="240" w:lineRule="auto"/>
      </w:pPr>
      <w:r>
        <w:separator/>
      </w:r>
    </w:p>
  </w:footnote>
  <w:footnote w:type="continuationSeparator" w:id="0">
    <w:p w:rsidR="007B6712" w:rsidRDefault="007B6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EB" w:rsidRDefault="00727CE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A28" w:rsidRDefault="003F2103">
    <w:pPr>
      <w:pStyle w:val="stBilgi"/>
    </w:pPr>
    <w:r>
      <w:rPr>
        <w:noProof/>
        <w:lang w:val="tr-TR" w:eastAsia="tr-TR"/>
      </w:rPr>
      <w:drawing>
        <wp:inline distT="0" distB="0" distL="0" distR="0">
          <wp:extent cx="1133475" cy="666750"/>
          <wp:effectExtent l="0" t="0" r="9525" b="0"/>
          <wp:docPr id="2" name="Resim 2" descr="Siirt Üniversitesinde Büyük Başarı: Türkiyede 12. old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irt Üniversitesinde Büyük Başarı: Türkiyede 12. oldu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592" cy="6668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7CEB" w:rsidRDefault="00727CE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77577"/>
    <w:rsid w:val="000C64B3"/>
    <w:rsid w:val="0015074B"/>
    <w:rsid w:val="00292425"/>
    <w:rsid w:val="0029639D"/>
    <w:rsid w:val="002B7402"/>
    <w:rsid w:val="00326F90"/>
    <w:rsid w:val="003611B5"/>
    <w:rsid w:val="00370454"/>
    <w:rsid w:val="003F2103"/>
    <w:rsid w:val="00413E3C"/>
    <w:rsid w:val="00435422"/>
    <w:rsid w:val="00727CEB"/>
    <w:rsid w:val="00773794"/>
    <w:rsid w:val="007B6712"/>
    <w:rsid w:val="007F0787"/>
    <w:rsid w:val="008C7A28"/>
    <w:rsid w:val="009274AA"/>
    <w:rsid w:val="00AA1D8D"/>
    <w:rsid w:val="00B47730"/>
    <w:rsid w:val="00CB0664"/>
    <w:rsid w:val="00F60A66"/>
    <w:rsid w:val="00F75D5F"/>
    <w:rsid w:val="00F838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19D138"/>
  <w14:defaultImageDpi w14:val="300"/>
  <w15:docId w15:val="{5F8AE8B8-6E95-40B5-93B2-2F374457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5C70BA0-1C00-484F-B968-7524E8E5D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Bilgisayar</cp:lastModifiedBy>
  <cp:revision>14</cp:revision>
  <cp:lastPrinted>2025-10-07T11:10:00Z</cp:lastPrinted>
  <dcterms:created xsi:type="dcterms:W3CDTF">2013-12-23T23:15:00Z</dcterms:created>
  <dcterms:modified xsi:type="dcterms:W3CDTF">2025-10-20T12:37:00Z</dcterms:modified>
  <cp:category/>
</cp:coreProperties>
</file>